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9CBDD" w14:textId="77777777" w:rsidR="001040AC" w:rsidRDefault="00F573C7" w:rsidP="00BA5E2E">
      <w:r>
        <w:rPr>
          <w:b/>
          <w:color w:val="1B365D"/>
          <w:sz w:val="22"/>
        </w:rPr>
        <w:t>DR. WALTER SANDRO</w:t>
      </w:r>
      <w:r>
        <w:rPr>
          <w:b/>
          <w:color w:val="1B365D"/>
          <w:sz w:val="22"/>
        </w:rPr>
        <w:br/>
      </w:r>
      <w:r>
        <w:rPr>
          <w:color w:val="555555"/>
          <w:sz w:val="19"/>
        </w:rPr>
        <w:t>OAB SP: 505.199</w:t>
      </w:r>
    </w:p>
    <w:p w14:paraId="633EBC98" w14:textId="77777777" w:rsidR="001040AC" w:rsidRDefault="00F573C7">
      <w:pPr>
        <w:spacing w:after="360"/>
        <w:jc w:val="center"/>
      </w:pPr>
      <w:r>
        <w:rPr>
          <w:b/>
          <w:color w:val="1B365D"/>
          <w:sz w:val="26"/>
        </w:rPr>
        <w:t>CONTRATO DE CREDENCIAMENTO PARA PRESTAÇÃO DE SERVIÇOS TERAPÊUTICOS</w:t>
      </w:r>
    </w:p>
    <w:p w14:paraId="78D5EEDA" w14:textId="182C82B1" w:rsidR="001040AC" w:rsidRDefault="00F573C7" w:rsidP="008F474B">
      <w:pPr>
        <w:pStyle w:val="Rodap"/>
      </w:pPr>
      <w:proofErr w:type="spellStart"/>
      <w:r>
        <w:t>Pelo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 particular, de um </w:t>
      </w:r>
      <w:proofErr w:type="spellStart"/>
      <w:r>
        <w:t>lado</w:t>
      </w:r>
      <w:proofErr w:type="spellEnd"/>
      <w:r>
        <w:t xml:space="preserve">, </w:t>
      </w:r>
      <w:r>
        <w:rPr>
          <w:b/>
        </w:rPr>
        <w:t>INSTITUTO DE PSICANALISE LIVRE LTDA</w:t>
      </w:r>
      <w:r>
        <w:t xml:space="preserve">, </w:t>
      </w:r>
      <w:proofErr w:type="spellStart"/>
      <w:r>
        <w:t>inscrito</w:t>
      </w:r>
      <w:proofErr w:type="spellEnd"/>
      <w:r>
        <w:t xml:space="preserve"> no CNPJ sob </w:t>
      </w:r>
      <w:proofErr w:type="spellStart"/>
      <w:r>
        <w:t>o n</w:t>
      </w:r>
      <w:proofErr w:type="spellEnd"/>
      <w:r>
        <w:t xml:space="preserve">º 53.146.774/0001-91, com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situada</w:t>
      </w:r>
      <w:proofErr w:type="spellEnd"/>
      <w:r>
        <w:t xml:space="preserve"> à </w:t>
      </w:r>
      <w:proofErr w:type="spellStart"/>
      <w:r w:rsidR="008F474B" w:rsidRPr="008F474B">
        <w:t>Rua</w:t>
      </w:r>
      <w:proofErr w:type="spellEnd"/>
      <w:r w:rsidR="008F474B" w:rsidRPr="008F474B">
        <w:t xml:space="preserve"> </w:t>
      </w:r>
      <w:proofErr w:type="spellStart"/>
      <w:r w:rsidR="008F474B" w:rsidRPr="008F474B">
        <w:t>Acarapé</w:t>
      </w:r>
      <w:proofErr w:type="spellEnd"/>
      <w:r w:rsidR="008F474B" w:rsidRPr="008F474B">
        <w:t>, 266 - Vila Mariana, São Paulo - SP, CEP: 04139-090</w:t>
      </w:r>
      <w:r w:rsidR="008F474B">
        <w:t xml:space="preserve"> </w:t>
      </w:r>
      <w:bookmarkStart w:id="0" w:name="_GoBack"/>
      <w:bookmarkEnd w:id="0"/>
      <w:r>
        <w:t xml:space="preserve">,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representado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representante</w:t>
      </w:r>
      <w:proofErr w:type="spellEnd"/>
      <w:r>
        <w:t xml:space="preserve"> legal, </w:t>
      </w:r>
      <w:r>
        <w:rPr>
          <w:b/>
        </w:rPr>
        <w:t>WALTER SANDRO PEREIRA DA SILVA</w:t>
      </w:r>
      <w:r>
        <w:t xml:space="preserve">, </w:t>
      </w:r>
      <w:proofErr w:type="spellStart"/>
      <w:r>
        <w:t>doravante</w:t>
      </w:r>
      <w:proofErr w:type="spellEnd"/>
      <w:r>
        <w:t xml:space="preserve"> </w:t>
      </w:r>
      <w:proofErr w:type="spellStart"/>
      <w:r>
        <w:t>denominado</w:t>
      </w:r>
      <w:proofErr w:type="spellEnd"/>
      <w:r>
        <w:t xml:space="preserve"> </w:t>
      </w:r>
      <w:r>
        <w:rPr>
          <w:b/>
        </w:rPr>
        <w:t>CREDENCIADOR</w:t>
      </w:r>
      <w:r>
        <w:t xml:space="preserve">, e, de outro </w:t>
      </w:r>
      <w:proofErr w:type="spellStart"/>
      <w:r>
        <w:t>lado</w:t>
      </w:r>
      <w:proofErr w:type="spellEnd"/>
      <w:r>
        <w:t xml:space="preserve">, </w:t>
      </w:r>
    </w:p>
    <w:p w14:paraId="42392704" w14:textId="77777777" w:rsidR="001040AC" w:rsidRDefault="00F573C7">
      <w:pPr>
        <w:spacing w:after="240"/>
        <w:jc w:val="both"/>
      </w:pPr>
      <w:proofErr w:type="gramStart"/>
      <w:r>
        <w:t xml:space="preserve">______________________________________________________________________, </w:t>
      </w:r>
      <w:proofErr w:type="spellStart"/>
      <w:r>
        <w:t>brasileiro</w:t>
      </w:r>
      <w:proofErr w:type="spellEnd"/>
      <w:r>
        <w:t xml:space="preserve">(a), </w:t>
      </w:r>
      <w:proofErr w:type="spellStart"/>
      <w:r>
        <w:t>profissional</w:t>
      </w:r>
      <w:proofErr w:type="spellEnd"/>
      <w:r>
        <w:t xml:space="preserve"> </w:t>
      </w:r>
      <w:proofErr w:type="spellStart"/>
      <w:r>
        <w:t>autônomo</w:t>
      </w:r>
      <w:proofErr w:type="spellEnd"/>
      <w:r>
        <w:t xml:space="preserve">(a), </w:t>
      </w:r>
      <w:proofErr w:type="spellStart"/>
      <w:r>
        <w:t>residente</w:t>
      </w:r>
      <w:proofErr w:type="spellEnd"/>
      <w:r>
        <w:t xml:space="preserve"> e </w:t>
      </w:r>
      <w:proofErr w:type="spellStart"/>
      <w:r>
        <w:t>domiciliado</w:t>
      </w:r>
      <w:proofErr w:type="spellEnd"/>
      <w:r>
        <w:t xml:space="preserve">(a) à ______________________________________________________________________, </w:t>
      </w:r>
      <w:proofErr w:type="spellStart"/>
      <w:r>
        <w:t>portador</w:t>
      </w:r>
      <w:proofErr w:type="spellEnd"/>
      <w:r>
        <w:t xml:space="preserve">(a) do CPF nº ________________________ e RG nº ________________________, </w:t>
      </w:r>
      <w:proofErr w:type="spellStart"/>
      <w:r>
        <w:t>inscrito</w:t>
      </w:r>
      <w:proofErr w:type="spellEnd"/>
      <w:r>
        <w:t xml:space="preserve">(a), se </w:t>
      </w:r>
      <w:proofErr w:type="spellStart"/>
      <w:r>
        <w:t>aplicável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conselho</w:t>
      </w:r>
      <w:proofErr w:type="spellEnd"/>
      <w:r>
        <w:t xml:space="preserve"> de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entidade</w:t>
      </w:r>
      <w:proofErr w:type="spellEnd"/>
      <w:r>
        <w:t xml:space="preserve"> </w:t>
      </w:r>
      <w:proofErr w:type="spellStart"/>
      <w:r>
        <w:t>certificadora</w:t>
      </w:r>
      <w:proofErr w:type="spellEnd"/>
      <w:r>
        <w:t xml:space="preserve"> sob o </w:t>
      </w:r>
      <w:proofErr w:type="spellStart"/>
      <w:r>
        <w:t>número</w:t>
      </w:r>
      <w:proofErr w:type="spellEnd"/>
      <w:r>
        <w:t xml:space="preserve"> ________________________, </w:t>
      </w:r>
      <w:proofErr w:type="spellStart"/>
      <w:r>
        <w:t>doravante</w:t>
      </w:r>
      <w:proofErr w:type="spellEnd"/>
      <w:r>
        <w:t xml:space="preserve"> </w:t>
      </w:r>
      <w:proofErr w:type="spellStart"/>
      <w:r>
        <w:t>denominado</w:t>
      </w:r>
      <w:proofErr w:type="spellEnd"/>
      <w:r>
        <w:t xml:space="preserve">(a) </w:t>
      </w:r>
      <w:r>
        <w:rPr>
          <w:b/>
        </w:rPr>
        <w:t>CREDENCIADO(A)</w:t>
      </w:r>
      <w:r>
        <w:t xml:space="preserve">, </w:t>
      </w:r>
      <w:proofErr w:type="spellStart"/>
      <w:r>
        <w:t>têm</w:t>
      </w:r>
      <w:proofErr w:type="spellEnd"/>
      <w:r>
        <w:t xml:space="preserve"> entre </w:t>
      </w:r>
      <w:proofErr w:type="spellStart"/>
      <w:r>
        <w:t>si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e </w:t>
      </w:r>
      <w:proofErr w:type="spellStart"/>
      <w:r>
        <w:t>contratado</w:t>
      </w:r>
      <w:proofErr w:type="spellEnd"/>
      <w:r>
        <w:t xml:space="preserve">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Credenciamento</w:t>
      </w:r>
      <w:proofErr w:type="spellEnd"/>
      <w:r>
        <w:t xml:space="preserve"> para </w:t>
      </w:r>
      <w:proofErr w:type="spellStart"/>
      <w:r>
        <w:t>Prestação</w:t>
      </w:r>
      <w:proofErr w:type="spellEnd"/>
      <w:r>
        <w:t xml:space="preserve"> de </w:t>
      </w:r>
      <w:proofErr w:type="spellStart"/>
      <w:r>
        <w:t>Serviços</w:t>
      </w:r>
      <w:proofErr w:type="spellEnd"/>
      <w:r>
        <w:t xml:space="preserve"> </w:t>
      </w:r>
      <w:proofErr w:type="spellStart"/>
      <w:r>
        <w:t>Terapêuticos</w:t>
      </w:r>
      <w:proofErr w:type="spellEnd"/>
      <w:r>
        <w:t xml:space="preserve">, que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regido</w:t>
      </w:r>
      <w:proofErr w:type="spellEnd"/>
      <w:r>
        <w:t xml:space="preserve"> </w:t>
      </w:r>
      <w:proofErr w:type="spellStart"/>
      <w:r>
        <w:t>pelas</w:t>
      </w:r>
      <w:proofErr w:type="spellEnd"/>
      <w:r>
        <w:t xml:space="preserve"> </w:t>
      </w:r>
      <w:proofErr w:type="spellStart"/>
      <w:r>
        <w:t>cláusulas</w:t>
      </w:r>
      <w:proofErr w:type="spellEnd"/>
      <w:r>
        <w:t xml:space="preserve"> e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seguintes</w:t>
      </w:r>
      <w:proofErr w:type="spellEnd"/>
      <w:r>
        <w:t xml:space="preserve">, </w:t>
      </w:r>
      <w:proofErr w:type="spellStart"/>
      <w:r>
        <w:t>bem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pela </w:t>
      </w:r>
      <w:proofErr w:type="spellStart"/>
      <w:r>
        <w:t>legislação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 à </w:t>
      </w:r>
      <w:proofErr w:type="spellStart"/>
      <w:r>
        <w:t>matéria</w:t>
      </w:r>
      <w:proofErr w:type="spellEnd"/>
      <w:r>
        <w:t>.</w:t>
      </w:r>
      <w:proofErr w:type="gramEnd"/>
    </w:p>
    <w:p w14:paraId="259AAE07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PRIMEIRA - DO OBJETO</w:t>
      </w:r>
    </w:p>
    <w:p w14:paraId="3A1319C3" w14:textId="77777777" w:rsidR="001040AC" w:rsidRDefault="00F573C7">
      <w:pPr>
        <w:spacing w:after="120"/>
        <w:jc w:val="both"/>
      </w:pPr>
      <w:r>
        <w:t xml:space="preserve">1.1.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tem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objeto</w:t>
      </w:r>
      <w:proofErr w:type="spellEnd"/>
      <w:r>
        <w:t xml:space="preserve"> o </w:t>
      </w:r>
      <w:proofErr w:type="spellStart"/>
      <w:r>
        <w:t>credenciamento</w:t>
      </w:r>
      <w:proofErr w:type="spellEnd"/>
      <w:r>
        <w:t xml:space="preserve"> do(a) </w:t>
      </w:r>
      <w:proofErr w:type="spellStart"/>
      <w:r>
        <w:t>profissional</w:t>
      </w:r>
      <w:proofErr w:type="spellEnd"/>
      <w:r>
        <w:t xml:space="preserve"> CREDENCIADO(A) </w:t>
      </w:r>
      <w:proofErr w:type="spellStart"/>
      <w:r>
        <w:t>ao</w:t>
      </w:r>
      <w:proofErr w:type="spellEnd"/>
      <w:r>
        <w:t xml:space="preserve"> </w:t>
      </w:r>
      <w:proofErr w:type="spellStart"/>
      <w:r>
        <w:t>quadro</w:t>
      </w:r>
      <w:proofErr w:type="spellEnd"/>
      <w:r>
        <w:t xml:space="preserve"> de </w:t>
      </w:r>
      <w:proofErr w:type="spellStart"/>
      <w:r>
        <w:t>prestadores</w:t>
      </w:r>
      <w:proofErr w:type="spellEnd"/>
      <w:r>
        <w:t xml:space="preserve"> de </w:t>
      </w:r>
      <w:proofErr w:type="spellStart"/>
      <w:r>
        <w:t>serviços</w:t>
      </w:r>
      <w:proofErr w:type="spellEnd"/>
      <w:r>
        <w:t xml:space="preserve"> </w:t>
      </w:r>
      <w:proofErr w:type="spellStart"/>
      <w:r>
        <w:t>terapêuticos</w:t>
      </w:r>
      <w:proofErr w:type="spellEnd"/>
      <w:r>
        <w:t xml:space="preserve"> do INSTITUTO, com a </w:t>
      </w:r>
      <w:proofErr w:type="spellStart"/>
      <w:r>
        <w:t>finalidade</w:t>
      </w:r>
      <w:proofErr w:type="spellEnd"/>
      <w:r>
        <w:t xml:space="preserve"> de </w:t>
      </w:r>
      <w:proofErr w:type="spellStart"/>
      <w:r>
        <w:t>atendimento</w:t>
      </w:r>
      <w:proofErr w:type="spellEnd"/>
      <w:r>
        <w:t xml:space="preserve"> de </w:t>
      </w:r>
      <w:proofErr w:type="spellStart"/>
      <w:r>
        <w:t>clientes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estes</w:t>
      </w:r>
      <w:proofErr w:type="spellEnd"/>
      <w:r>
        <w:t xml:space="preserve"> </w:t>
      </w:r>
      <w:proofErr w:type="spellStart"/>
      <w:r>
        <w:t>indicados</w:t>
      </w:r>
      <w:proofErr w:type="spellEnd"/>
      <w:r>
        <w:t xml:space="preserve">, </w:t>
      </w:r>
      <w:proofErr w:type="spellStart"/>
      <w:r>
        <w:t>através</w:t>
      </w:r>
      <w:proofErr w:type="spellEnd"/>
      <w:r>
        <w:t xml:space="preserve"> de </w:t>
      </w:r>
      <w:proofErr w:type="spellStart"/>
      <w:r>
        <w:t>sessões</w:t>
      </w:r>
      <w:proofErr w:type="spellEnd"/>
      <w:r>
        <w:t xml:space="preserve"> </w:t>
      </w:r>
      <w:proofErr w:type="spellStart"/>
      <w:r>
        <w:t>inteiramente</w:t>
      </w:r>
      <w:proofErr w:type="spellEnd"/>
      <w:r>
        <w:t xml:space="preserve"> online,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conformidade</w:t>
      </w:r>
      <w:proofErr w:type="spellEnd"/>
      <w:r>
        <w:t xml:space="preserve"> com </w:t>
      </w:r>
      <w:proofErr w:type="spellStart"/>
      <w:r>
        <w:t>os</w:t>
      </w:r>
      <w:proofErr w:type="spellEnd"/>
      <w:r>
        <w:t xml:space="preserve"> </w:t>
      </w:r>
      <w:proofErr w:type="spellStart"/>
      <w:r>
        <w:t>parâmetros</w:t>
      </w:r>
      <w:proofErr w:type="spellEnd"/>
      <w:r>
        <w:t xml:space="preserve"> </w:t>
      </w:r>
      <w:proofErr w:type="spellStart"/>
      <w:r>
        <w:t>técnicos</w:t>
      </w:r>
      <w:proofErr w:type="spellEnd"/>
      <w:r>
        <w:t xml:space="preserve">, </w:t>
      </w:r>
      <w:proofErr w:type="spellStart"/>
      <w:r>
        <w:t>éticos</w:t>
      </w:r>
      <w:proofErr w:type="spellEnd"/>
      <w:r>
        <w:t xml:space="preserve"> e </w:t>
      </w:r>
      <w:proofErr w:type="spellStart"/>
      <w:r>
        <w:t>metodológicos</w:t>
      </w:r>
      <w:proofErr w:type="spellEnd"/>
      <w:r>
        <w:t xml:space="preserve"> </w:t>
      </w:r>
      <w:proofErr w:type="spellStart"/>
      <w:r>
        <w:t>praticados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Instituto</w:t>
      </w:r>
      <w:proofErr w:type="spellEnd"/>
      <w:r>
        <w:t>.</w:t>
      </w:r>
    </w:p>
    <w:p w14:paraId="09D011CE" w14:textId="77777777" w:rsidR="001040AC" w:rsidRDefault="00F573C7">
      <w:pPr>
        <w:spacing w:after="120"/>
        <w:jc w:val="both"/>
      </w:pPr>
      <w:r>
        <w:t xml:space="preserve">1.2. O </w:t>
      </w:r>
      <w:proofErr w:type="spellStart"/>
      <w:r>
        <w:t>atendimento</w:t>
      </w:r>
      <w:proofErr w:type="spellEnd"/>
      <w:r>
        <w:t xml:space="preserve"> dos </w:t>
      </w:r>
      <w:proofErr w:type="spellStart"/>
      <w:r>
        <w:t>clientes</w:t>
      </w:r>
      <w:proofErr w:type="spellEnd"/>
      <w:r>
        <w:t xml:space="preserve"> </w:t>
      </w:r>
      <w:proofErr w:type="spellStart"/>
      <w:r>
        <w:t>ocorrerá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dois</w:t>
      </w:r>
      <w:proofErr w:type="spellEnd"/>
      <w:r>
        <w:t xml:space="preserve"> </w:t>
      </w:r>
      <w:proofErr w:type="spellStart"/>
      <w:r>
        <w:t>formatos</w:t>
      </w:r>
      <w:proofErr w:type="spellEnd"/>
      <w:r>
        <w:t xml:space="preserve"> </w:t>
      </w:r>
      <w:proofErr w:type="spellStart"/>
      <w:r>
        <w:t>distintos</w:t>
      </w:r>
      <w:proofErr w:type="spellEnd"/>
      <w:r>
        <w:t>:</w:t>
      </w:r>
    </w:p>
    <w:p w14:paraId="0E47B5A6" w14:textId="77777777" w:rsidR="001040AC" w:rsidRDefault="00F573C7">
      <w:pPr>
        <w:spacing w:after="120"/>
        <w:jc w:val="both"/>
      </w:pPr>
      <w:r>
        <w:t xml:space="preserve">I - </w:t>
      </w:r>
      <w:proofErr w:type="spellStart"/>
      <w:r>
        <w:t>Sessões</w:t>
      </w:r>
      <w:proofErr w:type="spellEnd"/>
      <w:r>
        <w:t xml:space="preserve"> de </w:t>
      </w:r>
      <w:proofErr w:type="spellStart"/>
      <w:r>
        <w:t>Avaliação</w:t>
      </w:r>
      <w:proofErr w:type="spellEnd"/>
      <w:r>
        <w:t xml:space="preserve">: com </w:t>
      </w:r>
      <w:proofErr w:type="spellStart"/>
      <w:r>
        <w:t>duração</w:t>
      </w:r>
      <w:proofErr w:type="spellEnd"/>
      <w:r>
        <w:t xml:space="preserve"> de </w:t>
      </w:r>
      <w:proofErr w:type="spellStart"/>
      <w:r>
        <w:t>até</w:t>
      </w:r>
      <w:proofErr w:type="spellEnd"/>
      <w:r>
        <w:t xml:space="preserve"> 15 (</w:t>
      </w:r>
      <w:proofErr w:type="spellStart"/>
      <w:r>
        <w:t>quinze</w:t>
      </w:r>
      <w:proofErr w:type="spellEnd"/>
      <w:r>
        <w:t xml:space="preserve">) </w:t>
      </w:r>
      <w:proofErr w:type="spellStart"/>
      <w:r>
        <w:t>minutos</w:t>
      </w:r>
      <w:proofErr w:type="spellEnd"/>
      <w:r>
        <w:t xml:space="preserve">, </w:t>
      </w:r>
      <w:proofErr w:type="spellStart"/>
      <w:r>
        <w:t>destinadas</w:t>
      </w:r>
      <w:proofErr w:type="spellEnd"/>
      <w:r>
        <w:t xml:space="preserve"> à </w:t>
      </w:r>
      <w:proofErr w:type="spellStart"/>
      <w:r>
        <w:t>triagem</w:t>
      </w:r>
      <w:proofErr w:type="spellEnd"/>
      <w:r>
        <w:t xml:space="preserve"> e </w:t>
      </w:r>
      <w:proofErr w:type="spellStart"/>
      <w:r>
        <w:t>identificação</w:t>
      </w:r>
      <w:proofErr w:type="spellEnd"/>
      <w:r>
        <w:t xml:space="preserve"> de </w:t>
      </w:r>
      <w:proofErr w:type="spellStart"/>
      <w:r>
        <w:t>demandas</w:t>
      </w:r>
      <w:proofErr w:type="spellEnd"/>
      <w:proofErr w:type="gramStart"/>
      <w:r>
        <w:t>;</w:t>
      </w:r>
      <w:proofErr w:type="gramEnd"/>
    </w:p>
    <w:p w14:paraId="7010626A" w14:textId="77777777" w:rsidR="001040AC" w:rsidRDefault="00F573C7">
      <w:pPr>
        <w:spacing w:after="120"/>
        <w:jc w:val="both"/>
      </w:pPr>
      <w:r>
        <w:t xml:space="preserve">II - </w:t>
      </w:r>
      <w:proofErr w:type="spellStart"/>
      <w:r>
        <w:t>Sessões</w:t>
      </w:r>
      <w:proofErr w:type="spellEnd"/>
      <w:r>
        <w:t xml:space="preserve"> </w:t>
      </w:r>
      <w:proofErr w:type="spellStart"/>
      <w:r>
        <w:t>Terapêuticas</w:t>
      </w:r>
      <w:proofErr w:type="spellEnd"/>
      <w:r>
        <w:t xml:space="preserve">: com </w:t>
      </w:r>
      <w:proofErr w:type="spellStart"/>
      <w:r>
        <w:t>duração</w:t>
      </w:r>
      <w:proofErr w:type="spellEnd"/>
      <w:r>
        <w:t xml:space="preserve"> de </w:t>
      </w:r>
      <w:proofErr w:type="spellStart"/>
      <w:r>
        <w:t>até</w:t>
      </w:r>
      <w:proofErr w:type="spellEnd"/>
      <w:r>
        <w:t xml:space="preserve"> 60 (</w:t>
      </w:r>
      <w:proofErr w:type="spellStart"/>
      <w:r>
        <w:t>sessenta</w:t>
      </w:r>
      <w:proofErr w:type="spellEnd"/>
      <w:r>
        <w:t xml:space="preserve">) </w:t>
      </w:r>
      <w:proofErr w:type="spellStart"/>
      <w:r>
        <w:t>minutos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</w:t>
      </w:r>
      <w:proofErr w:type="spellStart"/>
      <w:r>
        <w:t>frequência</w:t>
      </w:r>
      <w:proofErr w:type="spellEnd"/>
      <w:r>
        <w:t xml:space="preserve"> </w:t>
      </w:r>
      <w:proofErr w:type="spellStart"/>
      <w:r>
        <w:t>estabelecida</w:t>
      </w:r>
      <w:proofErr w:type="spellEnd"/>
      <w:r>
        <w:t xml:space="preserve"> entre o </w:t>
      </w:r>
      <w:proofErr w:type="spellStart"/>
      <w:r>
        <w:t>cliente</w:t>
      </w:r>
      <w:proofErr w:type="spellEnd"/>
      <w:r>
        <w:t xml:space="preserve"> e </w:t>
      </w:r>
      <w:proofErr w:type="gramStart"/>
      <w:r>
        <w:t>o(</w:t>
      </w:r>
      <w:proofErr w:type="gramEnd"/>
      <w:r>
        <w:t>a) CREDENCIADO(A).</w:t>
      </w:r>
    </w:p>
    <w:p w14:paraId="3F9C76CB" w14:textId="77777777" w:rsidR="001040AC" w:rsidRDefault="00F573C7">
      <w:pPr>
        <w:spacing w:after="120"/>
        <w:jc w:val="both"/>
      </w:pPr>
      <w:r>
        <w:t xml:space="preserve">1.3. O(a) </w:t>
      </w:r>
      <w:proofErr w:type="spellStart"/>
      <w:r>
        <w:t>profissional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, no </w:t>
      </w:r>
      <w:proofErr w:type="spellStart"/>
      <w:r>
        <w:t>exercício</w:t>
      </w:r>
      <w:proofErr w:type="spellEnd"/>
      <w:r>
        <w:t xml:space="preserve">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, </w:t>
      </w:r>
      <w:proofErr w:type="spellStart"/>
      <w:r>
        <w:t>quaisquer</w:t>
      </w:r>
      <w:proofErr w:type="spellEnd"/>
      <w:r>
        <w:t xml:space="preserve"> </w:t>
      </w:r>
      <w:proofErr w:type="spellStart"/>
      <w:r>
        <w:t>métodos</w:t>
      </w:r>
      <w:proofErr w:type="spellEnd"/>
      <w:r>
        <w:t xml:space="preserve"> e </w:t>
      </w:r>
      <w:proofErr w:type="spellStart"/>
      <w:r>
        <w:t>abordagens</w:t>
      </w:r>
      <w:proofErr w:type="spellEnd"/>
      <w:r>
        <w:t xml:space="preserve"> </w:t>
      </w:r>
      <w:proofErr w:type="spellStart"/>
      <w:r>
        <w:t>terapêuticas</w:t>
      </w:r>
      <w:proofErr w:type="spellEnd"/>
      <w:r>
        <w:t xml:space="preserve"> para as </w:t>
      </w:r>
      <w:proofErr w:type="spellStart"/>
      <w:r>
        <w:t>quais</w:t>
      </w:r>
      <w:proofErr w:type="spellEnd"/>
      <w:r>
        <w:t xml:space="preserve"> </w:t>
      </w:r>
      <w:proofErr w:type="spellStart"/>
      <w:r>
        <w:t>detenha</w:t>
      </w:r>
      <w:proofErr w:type="spellEnd"/>
      <w:r>
        <w:t xml:space="preserve"> </w:t>
      </w:r>
      <w:proofErr w:type="spellStart"/>
      <w:r>
        <w:t>formação</w:t>
      </w:r>
      <w:proofErr w:type="spellEnd"/>
      <w:r>
        <w:t xml:space="preserve"> e </w:t>
      </w:r>
      <w:proofErr w:type="spellStart"/>
      <w:r>
        <w:t>capacitação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havendo</w:t>
      </w:r>
      <w:proofErr w:type="spellEnd"/>
      <w:r>
        <w:t xml:space="preserve"> </w:t>
      </w:r>
      <w:proofErr w:type="spellStart"/>
      <w:r>
        <w:t>limitação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à </w:t>
      </w:r>
      <w:proofErr w:type="spellStart"/>
      <w:r>
        <w:t>variedade</w:t>
      </w:r>
      <w:proofErr w:type="spellEnd"/>
      <w:r>
        <w:t xml:space="preserve"> de </w:t>
      </w:r>
      <w:proofErr w:type="spellStart"/>
      <w:r>
        <w:t>técnicas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, </w:t>
      </w:r>
      <w:proofErr w:type="spellStart"/>
      <w:r>
        <w:t>desde</w:t>
      </w:r>
      <w:proofErr w:type="spellEnd"/>
      <w:r>
        <w:t xml:space="preserve"> que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conformidade</w:t>
      </w:r>
      <w:proofErr w:type="spellEnd"/>
      <w:r>
        <w:t xml:space="preserve"> com o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da </w:t>
      </w:r>
      <w:proofErr w:type="spellStart"/>
      <w:r>
        <w:t>profissão</w:t>
      </w:r>
      <w:proofErr w:type="spellEnd"/>
      <w:r>
        <w:t xml:space="preserve"> e a </w:t>
      </w:r>
      <w:proofErr w:type="spellStart"/>
      <w:r>
        <w:t>missão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>.</w:t>
      </w:r>
    </w:p>
    <w:p w14:paraId="70860E01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SEGUNDA - DA AUTONOMIA PROFISSIONAL E DA NATUREZA JURÍDICA</w:t>
      </w:r>
    </w:p>
    <w:p w14:paraId="61D42868" w14:textId="77777777" w:rsidR="001040AC" w:rsidRDefault="00F573C7">
      <w:pPr>
        <w:spacing w:after="120"/>
        <w:jc w:val="both"/>
      </w:pPr>
      <w:r>
        <w:t xml:space="preserve">2.1.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tem </w:t>
      </w:r>
      <w:proofErr w:type="spellStart"/>
      <w:r>
        <w:t>natureza</w:t>
      </w:r>
      <w:proofErr w:type="spellEnd"/>
      <w:r>
        <w:t xml:space="preserve"> </w:t>
      </w:r>
      <w:proofErr w:type="spellStart"/>
      <w:r>
        <w:t>estritamente</w:t>
      </w:r>
      <w:proofErr w:type="spellEnd"/>
      <w:r>
        <w:t xml:space="preserve"> civil,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havendo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vínculo</w:t>
      </w:r>
      <w:proofErr w:type="spellEnd"/>
      <w:r>
        <w:t xml:space="preserve"> </w:t>
      </w:r>
      <w:proofErr w:type="spellStart"/>
      <w:r>
        <w:t>empregatício</w:t>
      </w:r>
      <w:proofErr w:type="spellEnd"/>
      <w:r>
        <w:t xml:space="preserve">, </w:t>
      </w:r>
      <w:proofErr w:type="spellStart"/>
      <w:r>
        <w:t>subordinação</w:t>
      </w:r>
      <w:proofErr w:type="spellEnd"/>
      <w:r>
        <w:t xml:space="preserve"> </w:t>
      </w:r>
      <w:proofErr w:type="spellStart"/>
      <w:r>
        <w:t>direta</w:t>
      </w:r>
      <w:proofErr w:type="spellEnd"/>
      <w:r>
        <w:t xml:space="preserve">, </w:t>
      </w:r>
      <w:proofErr w:type="spellStart"/>
      <w:r>
        <w:t>exclusividade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solidariedade</w:t>
      </w:r>
      <w:proofErr w:type="spellEnd"/>
      <w:r>
        <w:t xml:space="preserve"> de </w:t>
      </w:r>
      <w:proofErr w:type="spellStart"/>
      <w:r>
        <w:t>obrigações</w:t>
      </w:r>
      <w:proofErr w:type="spellEnd"/>
      <w:r>
        <w:t xml:space="preserve"> entre o INSTITUTO e o(a) CREDENCIADO(A),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artigo</w:t>
      </w:r>
      <w:proofErr w:type="spellEnd"/>
      <w:r>
        <w:t xml:space="preserve"> 593 do </w:t>
      </w:r>
      <w:proofErr w:type="spellStart"/>
      <w:r>
        <w:t>Código</w:t>
      </w:r>
      <w:proofErr w:type="spellEnd"/>
      <w:r>
        <w:t xml:space="preserve"> Civil </w:t>
      </w:r>
      <w:proofErr w:type="spellStart"/>
      <w:r>
        <w:t>Brasileiro</w:t>
      </w:r>
      <w:proofErr w:type="spellEnd"/>
      <w:r>
        <w:t>.</w:t>
      </w:r>
    </w:p>
    <w:p w14:paraId="231F1B23" w14:textId="77777777" w:rsidR="001040AC" w:rsidRDefault="00F573C7">
      <w:pPr>
        <w:spacing w:after="120"/>
        <w:jc w:val="both"/>
      </w:pPr>
      <w:r>
        <w:t xml:space="preserve">2.2. O(a) CREDENCIADO(A) </w:t>
      </w:r>
      <w:proofErr w:type="spellStart"/>
      <w:r>
        <w:t>atuará</w:t>
      </w:r>
      <w:proofErr w:type="spellEnd"/>
      <w:r>
        <w:t xml:space="preserve"> com total </w:t>
      </w:r>
      <w:proofErr w:type="spellStart"/>
      <w:r>
        <w:t>independência</w:t>
      </w:r>
      <w:proofErr w:type="spellEnd"/>
      <w:r>
        <w:t xml:space="preserve"> </w:t>
      </w:r>
      <w:proofErr w:type="spellStart"/>
      <w:r>
        <w:t>funcional</w:t>
      </w:r>
      <w:proofErr w:type="spellEnd"/>
      <w:r>
        <w:t xml:space="preserve">, </w:t>
      </w:r>
      <w:proofErr w:type="spellStart"/>
      <w:r>
        <w:t>técnica</w:t>
      </w:r>
      <w:proofErr w:type="spellEnd"/>
      <w:r>
        <w:t xml:space="preserve"> e </w:t>
      </w:r>
      <w:proofErr w:type="spellStart"/>
      <w:r>
        <w:t>administrativa</w:t>
      </w:r>
      <w:proofErr w:type="spellEnd"/>
      <w:r>
        <w:t xml:space="preserve">,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organizar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grade de </w:t>
      </w:r>
      <w:proofErr w:type="spellStart"/>
      <w:r>
        <w:t>horários</w:t>
      </w:r>
      <w:proofErr w:type="spellEnd"/>
      <w:r>
        <w:t xml:space="preserve"> e </w:t>
      </w:r>
      <w:proofErr w:type="spellStart"/>
      <w:r>
        <w:t>dias</w:t>
      </w:r>
      <w:proofErr w:type="spellEnd"/>
      <w:r>
        <w:t xml:space="preserve"> </w:t>
      </w:r>
      <w:proofErr w:type="spellStart"/>
      <w:r>
        <w:t>disponíveis</w:t>
      </w:r>
      <w:proofErr w:type="spellEnd"/>
      <w:r>
        <w:t xml:space="preserve"> para </w:t>
      </w:r>
      <w:proofErr w:type="spellStart"/>
      <w:r>
        <w:t>atendimento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conveniência</w:t>
      </w:r>
      <w:proofErr w:type="spellEnd"/>
      <w:r>
        <w:t xml:space="preserve"> </w:t>
      </w:r>
      <w:proofErr w:type="spellStart"/>
      <w:r>
        <w:t>profissional</w:t>
      </w:r>
      <w:proofErr w:type="spellEnd"/>
      <w:r>
        <w:t xml:space="preserve"> e </w:t>
      </w:r>
      <w:proofErr w:type="spellStart"/>
      <w:r>
        <w:t>disponibilidade</w:t>
      </w:r>
      <w:proofErr w:type="spellEnd"/>
      <w:r>
        <w:t>.</w:t>
      </w:r>
    </w:p>
    <w:p w14:paraId="7B60E321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TERCEIRA - DA REMUNERAÇÃO PELOS SERVIÇOS</w:t>
      </w:r>
    </w:p>
    <w:p w14:paraId="4EF66BE3" w14:textId="77777777" w:rsidR="001040AC" w:rsidRDefault="00F573C7">
      <w:pPr>
        <w:spacing w:after="120"/>
        <w:jc w:val="both"/>
      </w:pPr>
      <w:r>
        <w:t xml:space="preserve">3.1. </w:t>
      </w:r>
      <w:proofErr w:type="spellStart"/>
      <w:r>
        <w:t>Pelos</w:t>
      </w:r>
      <w:proofErr w:type="spellEnd"/>
      <w:r>
        <w:t xml:space="preserve"> </w:t>
      </w:r>
      <w:proofErr w:type="spellStart"/>
      <w:r>
        <w:t>serviços</w:t>
      </w:r>
      <w:proofErr w:type="spellEnd"/>
      <w:r>
        <w:t xml:space="preserve"> </w:t>
      </w:r>
      <w:proofErr w:type="spellStart"/>
      <w:r>
        <w:t>efetivamente</w:t>
      </w:r>
      <w:proofErr w:type="spellEnd"/>
      <w:r>
        <w:t xml:space="preserve"> </w:t>
      </w:r>
      <w:proofErr w:type="spellStart"/>
      <w:r>
        <w:t>prestados</w:t>
      </w:r>
      <w:proofErr w:type="spellEnd"/>
      <w:r>
        <w:t xml:space="preserve">, </w:t>
      </w:r>
      <w:proofErr w:type="gramStart"/>
      <w:r>
        <w:t>o(</w:t>
      </w:r>
      <w:proofErr w:type="gramEnd"/>
      <w:r>
        <w:t xml:space="preserve">a) CREDENCIADO(A) </w:t>
      </w:r>
      <w:proofErr w:type="spellStart"/>
      <w:r>
        <w:t>fará</w:t>
      </w:r>
      <w:proofErr w:type="spellEnd"/>
      <w:r>
        <w:t xml:space="preserve"> jus </w:t>
      </w:r>
      <w:proofErr w:type="spellStart"/>
      <w:r>
        <w:t>às</w:t>
      </w:r>
      <w:proofErr w:type="spellEnd"/>
      <w:r>
        <w:t xml:space="preserve">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remunerações</w:t>
      </w:r>
      <w:proofErr w:type="spellEnd"/>
      <w:r>
        <w:t>:</w:t>
      </w:r>
    </w:p>
    <w:p w14:paraId="5E95C9E4" w14:textId="77777777" w:rsidR="001040AC" w:rsidRDefault="00F573C7">
      <w:pPr>
        <w:spacing w:after="120"/>
        <w:jc w:val="both"/>
      </w:pPr>
      <w:r>
        <w:t>I - R$ 30% (</w:t>
      </w:r>
      <w:proofErr w:type="spellStart"/>
      <w:r>
        <w:t>trinta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cento) </w:t>
      </w:r>
      <w:proofErr w:type="spellStart"/>
      <w:r>
        <w:t>por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sessão</w:t>
      </w:r>
      <w:proofErr w:type="spellEnd"/>
      <w:r>
        <w:t xml:space="preserve"> de </w:t>
      </w:r>
      <w:proofErr w:type="spellStart"/>
      <w:r>
        <w:t>avaliação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>;</w:t>
      </w:r>
    </w:p>
    <w:p w14:paraId="336F1548" w14:textId="77777777" w:rsidR="001040AC" w:rsidRDefault="00F573C7">
      <w:pPr>
        <w:spacing w:after="120"/>
        <w:jc w:val="both"/>
      </w:pPr>
      <w:r>
        <w:lastRenderedPageBreak/>
        <w:t>II - 50% (</w:t>
      </w:r>
      <w:proofErr w:type="spellStart"/>
      <w:r>
        <w:t>cinquenta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cento) do valor </w:t>
      </w:r>
      <w:proofErr w:type="spellStart"/>
      <w:r>
        <w:t>pago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cliente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INSTITUTO </w:t>
      </w:r>
      <w:proofErr w:type="spellStart"/>
      <w:r>
        <w:t>pelas</w:t>
      </w:r>
      <w:proofErr w:type="spellEnd"/>
      <w:r>
        <w:t xml:space="preserve"> </w:t>
      </w:r>
      <w:proofErr w:type="spellStart"/>
      <w:r>
        <w:t>sessões</w:t>
      </w:r>
      <w:proofErr w:type="spellEnd"/>
      <w:r>
        <w:t xml:space="preserve"> </w:t>
      </w:r>
      <w:proofErr w:type="spellStart"/>
      <w:r>
        <w:t>terapêuticas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atribuídas</w:t>
      </w:r>
      <w:proofErr w:type="spellEnd"/>
      <w:r>
        <w:t>;</w:t>
      </w:r>
    </w:p>
    <w:p w14:paraId="479042BF" w14:textId="77777777" w:rsidR="001040AC" w:rsidRDefault="00F573C7">
      <w:pPr>
        <w:spacing w:after="120"/>
        <w:jc w:val="both"/>
      </w:pPr>
      <w:r>
        <w:t>III - 20% (</w:t>
      </w:r>
      <w:proofErr w:type="spellStart"/>
      <w:r>
        <w:t>vinte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cento) </w:t>
      </w:r>
      <w:proofErr w:type="spellStart"/>
      <w:r>
        <w:t>sobre</w:t>
      </w:r>
      <w:proofErr w:type="spellEnd"/>
      <w:r>
        <w:t xml:space="preserve"> o valor de </w:t>
      </w:r>
      <w:proofErr w:type="spellStart"/>
      <w:r>
        <w:t>todo</w:t>
      </w:r>
      <w:proofErr w:type="spellEnd"/>
      <w:r>
        <w:t xml:space="preserve"> material </w:t>
      </w:r>
      <w:proofErr w:type="spellStart"/>
      <w:r>
        <w:t>didático</w:t>
      </w:r>
      <w:proofErr w:type="spellEnd"/>
      <w:r>
        <w:t xml:space="preserve">, </w:t>
      </w:r>
      <w:proofErr w:type="spellStart"/>
      <w:r>
        <w:t>ferramentas</w:t>
      </w:r>
      <w:proofErr w:type="spellEnd"/>
      <w:r>
        <w:t xml:space="preserve"> </w:t>
      </w:r>
      <w:proofErr w:type="spellStart"/>
      <w:r>
        <w:t>terapêuticas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complementares</w:t>
      </w:r>
      <w:proofErr w:type="spellEnd"/>
      <w:r>
        <w:t xml:space="preserve"> </w:t>
      </w:r>
      <w:proofErr w:type="spellStart"/>
      <w:r>
        <w:t>adquiridos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clientes</w:t>
      </w:r>
      <w:proofErr w:type="spellEnd"/>
      <w:r>
        <w:t xml:space="preserve"> junto </w:t>
      </w:r>
      <w:proofErr w:type="spellStart"/>
      <w:r>
        <w:t>ao</w:t>
      </w:r>
      <w:proofErr w:type="spellEnd"/>
      <w:r>
        <w:t xml:space="preserve"> INSTITUTO;</w:t>
      </w:r>
    </w:p>
    <w:p w14:paraId="045D8031" w14:textId="77777777" w:rsidR="001040AC" w:rsidRDefault="00F573C7">
      <w:pPr>
        <w:spacing w:after="120"/>
        <w:jc w:val="both"/>
      </w:pPr>
      <w:r>
        <w:t>IV - 20% (</w:t>
      </w:r>
      <w:proofErr w:type="spellStart"/>
      <w:r>
        <w:t>vinte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cento) do valor </w:t>
      </w:r>
      <w:proofErr w:type="spellStart"/>
      <w:r>
        <w:t>recebido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INSTITUTO </w:t>
      </w:r>
      <w:proofErr w:type="spellStart"/>
      <w:r>
        <w:t>referente</w:t>
      </w:r>
      <w:proofErr w:type="spellEnd"/>
      <w:r>
        <w:t xml:space="preserve"> à </w:t>
      </w:r>
      <w:proofErr w:type="spellStart"/>
      <w:r>
        <w:t>participação</w:t>
      </w:r>
      <w:proofErr w:type="spellEnd"/>
      <w:r>
        <w:t xml:space="preserve"> </w:t>
      </w:r>
      <w:proofErr w:type="gramStart"/>
      <w:r>
        <w:t>do(</w:t>
      </w:r>
      <w:proofErr w:type="gramEnd"/>
      <w:r>
        <w:t xml:space="preserve">a) CREDENCIADO(A) </w:t>
      </w:r>
      <w:proofErr w:type="spellStart"/>
      <w:r>
        <w:t>em</w:t>
      </w:r>
      <w:proofErr w:type="spellEnd"/>
      <w:r>
        <w:t xml:space="preserve"> </w:t>
      </w:r>
      <w:proofErr w:type="spellStart"/>
      <w:r>
        <w:t>atividades</w:t>
      </w:r>
      <w:proofErr w:type="spellEnd"/>
      <w:r>
        <w:t xml:space="preserve"> </w:t>
      </w:r>
      <w:proofErr w:type="spellStart"/>
      <w:r>
        <w:t>externas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viagens</w:t>
      </w:r>
      <w:proofErr w:type="spellEnd"/>
      <w:r>
        <w:t xml:space="preserve">, </w:t>
      </w:r>
      <w:proofErr w:type="spellStart"/>
      <w:r>
        <w:t>vivências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imersões</w:t>
      </w:r>
      <w:proofErr w:type="spellEnd"/>
      <w:r>
        <w:t xml:space="preserve"> </w:t>
      </w:r>
      <w:proofErr w:type="spellStart"/>
      <w:r>
        <w:t>terapêuticas</w:t>
      </w:r>
      <w:proofErr w:type="spellEnd"/>
      <w:r>
        <w:t>.</w:t>
      </w:r>
    </w:p>
    <w:p w14:paraId="120B935F" w14:textId="77777777" w:rsidR="001040AC" w:rsidRDefault="00F573C7">
      <w:pPr>
        <w:spacing w:after="120"/>
        <w:jc w:val="both"/>
      </w:pPr>
      <w:r>
        <w:t xml:space="preserve">3.2. </w:t>
      </w:r>
      <w:proofErr w:type="spellStart"/>
      <w:r>
        <w:t>Os</w:t>
      </w:r>
      <w:proofErr w:type="spellEnd"/>
      <w:r>
        <w:t xml:space="preserve"> repasses </w:t>
      </w:r>
      <w:proofErr w:type="spellStart"/>
      <w:r>
        <w:t>financeiros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dias</w:t>
      </w:r>
      <w:proofErr w:type="spellEnd"/>
      <w:r>
        <w:t xml:space="preserve"> 15 (</w:t>
      </w:r>
      <w:proofErr w:type="spellStart"/>
      <w:r>
        <w:t>quinze</w:t>
      </w:r>
      <w:proofErr w:type="spellEnd"/>
      <w:r>
        <w:t>) e 25 (</w:t>
      </w:r>
      <w:proofErr w:type="spellStart"/>
      <w:r>
        <w:t>vinte</w:t>
      </w:r>
      <w:proofErr w:type="spellEnd"/>
      <w:r>
        <w:t xml:space="preserve"> e </w:t>
      </w:r>
      <w:proofErr w:type="spellStart"/>
      <w:r>
        <w:t>cinco</w:t>
      </w:r>
      <w:proofErr w:type="spellEnd"/>
      <w:r>
        <w:t xml:space="preserve">)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depósito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bancária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chave</w:t>
      </w:r>
      <w:proofErr w:type="spellEnd"/>
      <w:r>
        <w:t xml:space="preserve"> PIX de </w:t>
      </w:r>
      <w:proofErr w:type="spellStart"/>
      <w:r>
        <w:t>titularidade</w:t>
      </w:r>
      <w:proofErr w:type="spellEnd"/>
      <w:r>
        <w:t xml:space="preserve"> do(a) CREDENCIADO(A), a </w:t>
      </w:r>
      <w:proofErr w:type="spellStart"/>
      <w:r>
        <w:t>ser</w:t>
      </w:r>
      <w:proofErr w:type="spellEnd"/>
      <w:r>
        <w:t xml:space="preserve"> </w:t>
      </w:r>
      <w:proofErr w:type="spellStart"/>
      <w:r>
        <w:t>informada</w:t>
      </w:r>
      <w:proofErr w:type="spellEnd"/>
      <w:r>
        <w:t xml:space="preserve"> no </w:t>
      </w:r>
      <w:proofErr w:type="spellStart"/>
      <w:r>
        <w:t>ato</w:t>
      </w:r>
      <w:proofErr w:type="spellEnd"/>
      <w:r>
        <w:t xml:space="preserve"> da </w:t>
      </w:r>
      <w:proofErr w:type="spellStart"/>
      <w:r>
        <w:t>assinatura</w:t>
      </w:r>
      <w:proofErr w:type="spellEnd"/>
      <w:r>
        <w:t xml:space="preserve"> do </w:t>
      </w:r>
      <w:proofErr w:type="spellStart"/>
      <w:r>
        <w:t>presente</w:t>
      </w:r>
      <w:proofErr w:type="spellEnd"/>
      <w:r>
        <w:t>.</w:t>
      </w:r>
    </w:p>
    <w:p w14:paraId="6121667F" w14:textId="77777777" w:rsidR="001040AC" w:rsidRDefault="00F573C7">
      <w:pPr>
        <w:spacing w:after="120"/>
        <w:jc w:val="both"/>
      </w:pPr>
      <w:r>
        <w:t xml:space="preserve">3.3. Palestras </w:t>
      </w:r>
      <w:proofErr w:type="spellStart"/>
      <w:r>
        <w:t>ministradas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terapeuta</w:t>
      </w:r>
      <w:proofErr w:type="spellEnd"/>
      <w:r>
        <w:t xml:space="preserve"> e </w:t>
      </w:r>
      <w:proofErr w:type="spellStart"/>
      <w:r>
        <w:t>cursos</w:t>
      </w:r>
      <w:proofErr w:type="spellEnd"/>
      <w:r>
        <w:t xml:space="preserve"> que </w:t>
      </w:r>
      <w:proofErr w:type="spellStart"/>
      <w:r>
        <w:t>ministrar</w:t>
      </w:r>
      <w:proofErr w:type="spellEnd"/>
      <w:r>
        <w:t xml:space="preserve"> </w:t>
      </w:r>
      <w:proofErr w:type="spellStart"/>
      <w:r>
        <w:t>aulas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valores</w:t>
      </w:r>
      <w:proofErr w:type="spellEnd"/>
      <w:r>
        <w:t xml:space="preserve"> </w:t>
      </w:r>
      <w:proofErr w:type="spellStart"/>
      <w:r>
        <w:t>pagos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negociados</w:t>
      </w:r>
      <w:proofErr w:type="spellEnd"/>
      <w:r>
        <w:t xml:space="preserve"> a </w:t>
      </w:r>
      <w:proofErr w:type="spellStart"/>
      <w:r>
        <w:t>parte</w:t>
      </w:r>
      <w:proofErr w:type="spellEnd"/>
      <w:r>
        <w:t>.</w:t>
      </w:r>
    </w:p>
    <w:p w14:paraId="5965FECF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QUARTA - DA CONTRAPRESTAÇÃO ADMINISTRATIVA</w:t>
      </w:r>
    </w:p>
    <w:p w14:paraId="38ED41E3" w14:textId="77777777" w:rsidR="001040AC" w:rsidRDefault="00F573C7">
      <w:pPr>
        <w:spacing w:after="120"/>
        <w:jc w:val="both"/>
      </w:pPr>
      <w:r>
        <w:t xml:space="preserve">4.1. Pela </w:t>
      </w:r>
      <w:proofErr w:type="spellStart"/>
      <w:r>
        <w:t>integração</w:t>
      </w:r>
      <w:proofErr w:type="spellEnd"/>
      <w:r>
        <w:t xml:space="preserve"> à </w:t>
      </w:r>
      <w:proofErr w:type="spellStart"/>
      <w:r>
        <w:t>rede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, </w:t>
      </w:r>
      <w:proofErr w:type="spellStart"/>
      <w:r>
        <w:t>suporte</w:t>
      </w:r>
      <w:proofErr w:type="spellEnd"/>
      <w:r>
        <w:t xml:space="preserve"> </w:t>
      </w:r>
      <w:proofErr w:type="spellStart"/>
      <w:r>
        <w:t>técnico</w:t>
      </w:r>
      <w:proofErr w:type="spellEnd"/>
      <w:r>
        <w:t xml:space="preserve">, </w:t>
      </w:r>
      <w:proofErr w:type="spellStart"/>
      <w:r>
        <w:t>inserção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materiais</w:t>
      </w:r>
      <w:proofErr w:type="spellEnd"/>
      <w:r>
        <w:t xml:space="preserve"> de </w:t>
      </w:r>
      <w:proofErr w:type="spellStart"/>
      <w:r>
        <w:t>divulgação</w:t>
      </w:r>
      <w:proofErr w:type="spellEnd"/>
      <w:r>
        <w:t xml:space="preserve">,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campanhas</w:t>
      </w:r>
      <w:proofErr w:type="spellEnd"/>
      <w:r>
        <w:t xml:space="preserve"> </w:t>
      </w:r>
      <w:proofErr w:type="spellStart"/>
      <w:r>
        <w:t>promocionais</w:t>
      </w:r>
      <w:proofErr w:type="spellEnd"/>
      <w:r>
        <w:t xml:space="preserve"> e </w:t>
      </w:r>
      <w:proofErr w:type="spellStart"/>
      <w:r>
        <w:t>acesso</w:t>
      </w:r>
      <w:proofErr w:type="spellEnd"/>
      <w:r>
        <w:t xml:space="preserve"> a </w:t>
      </w:r>
      <w:proofErr w:type="spellStart"/>
      <w:r>
        <w:t>descontos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cursos</w:t>
      </w:r>
      <w:proofErr w:type="spellEnd"/>
      <w:r>
        <w:t xml:space="preserve"> </w:t>
      </w:r>
      <w:proofErr w:type="spellStart"/>
      <w:r>
        <w:t>promovidos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INSTITUTO, </w:t>
      </w:r>
      <w:proofErr w:type="spellStart"/>
      <w:r>
        <w:t>assessoria</w:t>
      </w:r>
      <w:proofErr w:type="spellEnd"/>
      <w:r>
        <w:t xml:space="preserve"> </w:t>
      </w:r>
      <w:proofErr w:type="spellStart"/>
      <w:r>
        <w:t>Jurídica</w:t>
      </w:r>
      <w:proofErr w:type="spellEnd"/>
      <w:r>
        <w:t xml:space="preserve">, </w:t>
      </w:r>
      <w:proofErr w:type="spellStart"/>
      <w:r>
        <w:t>terapia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grupo</w:t>
      </w:r>
      <w:proofErr w:type="spellEnd"/>
      <w:r>
        <w:t xml:space="preserve">, </w:t>
      </w:r>
      <w:proofErr w:type="spellStart"/>
      <w:r>
        <w:t>supervisão</w:t>
      </w:r>
      <w:proofErr w:type="spellEnd"/>
      <w:r>
        <w:t xml:space="preserve"> </w:t>
      </w:r>
      <w:proofErr w:type="spellStart"/>
      <w:r>
        <w:t>terapêutica</w:t>
      </w:r>
      <w:proofErr w:type="spellEnd"/>
      <w:r>
        <w:t xml:space="preserve">,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Solo </w:t>
      </w:r>
      <w:proofErr w:type="spellStart"/>
      <w:r>
        <w:t>Sagrado</w:t>
      </w:r>
      <w:proofErr w:type="spellEnd"/>
      <w:r>
        <w:t xml:space="preserve"> </w:t>
      </w:r>
      <w:proofErr w:type="spellStart"/>
      <w:r>
        <w:t>pagando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alimentação</w:t>
      </w:r>
      <w:proofErr w:type="spellEnd"/>
      <w:r>
        <w:t xml:space="preserve">, </w:t>
      </w:r>
      <w:proofErr w:type="spellStart"/>
      <w:r>
        <w:t>toda</w:t>
      </w:r>
      <w:proofErr w:type="spellEnd"/>
      <w:r>
        <w:t xml:space="preserve"> parte </w:t>
      </w:r>
      <w:proofErr w:type="spellStart"/>
      <w:r>
        <w:t>administrativa</w:t>
      </w:r>
      <w:proofErr w:type="spellEnd"/>
      <w:r>
        <w:t xml:space="preserve">, </w:t>
      </w:r>
      <w:proofErr w:type="spellStart"/>
      <w:r>
        <w:t>ajuda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elaboração</w:t>
      </w:r>
      <w:proofErr w:type="spellEnd"/>
      <w:r>
        <w:t xml:space="preserve"> do </w:t>
      </w:r>
      <w:proofErr w:type="spellStart"/>
      <w:r>
        <w:t>imposto</w:t>
      </w:r>
      <w:proofErr w:type="spellEnd"/>
      <w:r>
        <w:t xml:space="preserve"> de </w:t>
      </w:r>
      <w:proofErr w:type="spellStart"/>
      <w:r>
        <w:t>renda</w:t>
      </w:r>
      <w:proofErr w:type="spellEnd"/>
      <w:r>
        <w:t xml:space="preserve"> </w:t>
      </w:r>
      <w:proofErr w:type="spellStart"/>
      <w:r>
        <w:t>enquanto</w:t>
      </w:r>
      <w:proofErr w:type="spellEnd"/>
      <w:r>
        <w:t xml:space="preserve"> </w:t>
      </w:r>
      <w:proofErr w:type="spellStart"/>
      <w:r>
        <w:t>durar</w:t>
      </w:r>
      <w:proofErr w:type="spellEnd"/>
      <w:r>
        <w:t xml:space="preserve"> o </w:t>
      </w:r>
      <w:proofErr w:type="spellStart"/>
      <w:r>
        <w:t>contrato</w:t>
      </w:r>
      <w:proofErr w:type="spellEnd"/>
      <w:r>
        <w:t xml:space="preserve">. </w:t>
      </w:r>
      <w:proofErr w:type="spellStart"/>
      <w:r>
        <w:t>Curso</w:t>
      </w:r>
      <w:proofErr w:type="spellEnd"/>
      <w:r>
        <w:t xml:space="preserve"> de Reiki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mestrado</w:t>
      </w:r>
      <w:proofErr w:type="spellEnd"/>
      <w:r>
        <w:t xml:space="preserve">, </w:t>
      </w:r>
      <w:proofErr w:type="gramStart"/>
      <w:r>
        <w:t>o(</w:t>
      </w:r>
      <w:proofErr w:type="gramEnd"/>
      <w:r>
        <w:t xml:space="preserve">a) CREDENCIADO(A) </w:t>
      </w:r>
      <w:proofErr w:type="spellStart"/>
      <w:r>
        <w:t>concorda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arcar</w:t>
      </w:r>
      <w:proofErr w:type="spellEnd"/>
      <w:r>
        <w:t xml:space="preserve"> com o </w:t>
      </w:r>
      <w:proofErr w:type="spellStart"/>
      <w:r>
        <w:t>pagamento</w:t>
      </w:r>
      <w:proofErr w:type="spellEnd"/>
      <w:r>
        <w:t xml:space="preserve"> de </w:t>
      </w:r>
      <w:proofErr w:type="spellStart"/>
      <w:r>
        <w:t>uma</w:t>
      </w:r>
      <w:proofErr w:type="spellEnd"/>
      <w:r>
        <w:t xml:space="preserve"> taxa </w:t>
      </w:r>
      <w:proofErr w:type="spellStart"/>
      <w:r>
        <w:t>administrativa</w:t>
      </w:r>
      <w:proofErr w:type="spellEnd"/>
      <w:r>
        <w:t xml:space="preserve"> mensal de R$ 106,00 (cento e </w:t>
      </w:r>
      <w:proofErr w:type="spellStart"/>
      <w:r>
        <w:t>seis</w:t>
      </w:r>
      <w:proofErr w:type="spellEnd"/>
      <w:r>
        <w:t xml:space="preserve"> </w:t>
      </w:r>
      <w:proofErr w:type="spellStart"/>
      <w:r>
        <w:t>reais</w:t>
      </w:r>
      <w:proofErr w:type="spellEnd"/>
      <w:r>
        <w:t>).</w:t>
      </w:r>
    </w:p>
    <w:p w14:paraId="01057085" w14:textId="77777777" w:rsidR="001040AC" w:rsidRDefault="00F573C7">
      <w:pPr>
        <w:spacing w:after="120"/>
        <w:jc w:val="both"/>
      </w:pPr>
      <w:r>
        <w:t xml:space="preserve">4.2. A taxa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quitada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dia</w:t>
      </w:r>
      <w:proofErr w:type="spellEnd"/>
      <w:r>
        <w:t xml:space="preserve"> 10 (</w:t>
      </w:r>
      <w:proofErr w:type="spellStart"/>
      <w:r>
        <w:t>dez</w:t>
      </w:r>
      <w:proofErr w:type="spellEnd"/>
      <w:r>
        <w:t xml:space="preserve">)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mês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meio</w:t>
      </w:r>
      <w:proofErr w:type="spellEnd"/>
      <w:r>
        <w:t xml:space="preserve"> de </w:t>
      </w:r>
      <w:proofErr w:type="spellStart"/>
      <w:r>
        <w:t>depósito</w:t>
      </w:r>
      <w:proofErr w:type="spellEnd"/>
      <w:r>
        <w:t xml:space="preserve">, PIX, </w:t>
      </w:r>
      <w:proofErr w:type="spellStart"/>
      <w:r>
        <w:t>boleto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cartão</w:t>
      </w:r>
      <w:proofErr w:type="spellEnd"/>
      <w:r>
        <w:t xml:space="preserve"> de </w:t>
      </w:r>
      <w:proofErr w:type="spellStart"/>
      <w:r>
        <w:t>crédito</w:t>
      </w:r>
      <w:proofErr w:type="spellEnd"/>
      <w:r>
        <w:t>.</w:t>
      </w:r>
    </w:p>
    <w:p w14:paraId="48BA43A1" w14:textId="77777777" w:rsidR="001040AC" w:rsidRDefault="00F573C7">
      <w:pPr>
        <w:spacing w:after="120"/>
        <w:jc w:val="both"/>
      </w:pPr>
      <w:r>
        <w:t xml:space="preserve">4.3.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opte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pagamento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da taxa, no </w:t>
      </w:r>
      <w:proofErr w:type="spellStart"/>
      <w:r>
        <w:t>montante</w:t>
      </w:r>
      <w:proofErr w:type="spellEnd"/>
      <w:r>
        <w:t xml:space="preserve"> de R$ 1.200,00 (mil e </w:t>
      </w:r>
      <w:proofErr w:type="spellStart"/>
      <w:r>
        <w:t>duzentos</w:t>
      </w:r>
      <w:proofErr w:type="spellEnd"/>
      <w:r>
        <w:t xml:space="preserve"> </w:t>
      </w:r>
      <w:proofErr w:type="spellStart"/>
      <w:r>
        <w:t>reais</w:t>
      </w:r>
      <w:proofErr w:type="spellEnd"/>
      <w:r>
        <w:t xml:space="preserve">), </w:t>
      </w:r>
      <w:proofErr w:type="spellStart"/>
      <w:r>
        <w:t>parcelável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10 (</w:t>
      </w:r>
      <w:proofErr w:type="spellStart"/>
      <w:r>
        <w:t>dez</w:t>
      </w:r>
      <w:proofErr w:type="spellEnd"/>
      <w:r>
        <w:t xml:space="preserve">) </w:t>
      </w:r>
      <w:proofErr w:type="spellStart"/>
      <w:r>
        <w:t>vezes</w:t>
      </w:r>
      <w:proofErr w:type="spellEnd"/>
      <w:r>
        <w:t xml:space="preserve"> via </w:t>
      </w:r>
      <w:proofErr w:type="spellStart"/>
      <w:r>
        <w:t>cartão</w:t>
      </w:r>
      <w:proofErr w:type="spellEnd"/>
      <w:r>
        <w:t xml:space="preserve">, </w:t>
      </w:r>
      <w:proofErr w:type="gramStart"/>
      <w:r>
        <w:t>o(</w:t>
      </w:r>
      <w:proofErr w:type="gramEnd"/>
      <w:r>
        <w:t xml:space="preserve">a) CREDENCIADO(A) </w:t>
      </w:r>
      <w:proofErr w:type="spellStart"/>
      <w:r>
        <w:t>terá</w:t>
      </w:r>
      <w:proofErr w:type="spellEnd"/>
      <w:r>
        <w:t xml:space="preserve"> </w:t>
      </w:r>
      <w:proofErr w:type="spellStart"/>
      <w:r>
        <w:t>direito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escolha</w:t>
      </w:r>
      <w:proofErr w:type="spellEnd"/>
      <w:r>
        <w:t xml:space="preserve">, a um dos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benefícios</w:t>
      </w:r>
      <w:proofErr w:type="spellEnd"/>
      <w:r>
        <w:t>:</w:t>
      </w:r>
    </w:p>
    <w:p w14:paraId="2CC162DD" w14:textId="77777777" w:rsidR="001040AC" w:rsidRDefault="00F573C7">
      <w:pPr>
        <w:spacing w:after="120"/>
        <w:jc w:val="both"/>
      </w:pPr>
      <w:r>
        <w:t xml:space="preserve">I - </w:t>
      </w:r>
      <w:proofErr w:type="spellStart"/>
      <w:r>
        <w:t>Curso</w:t>
      </w:r>
      <w:proofErr w:type="spellEnd"/>
      <w:r>
        <w:t xml:space="preserve"> Livre de </w:t>
      </w:r>
      <w:proofErr w:type="spellStart"/>
      <w:r>
        <w:t>Psicanálise</w:t>
      </w:r>
      <w:proofErr w:type="spellEnd"/>
      <w:r>
        <w:t xml:space="preserve"> e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Formação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Constelação</w:t>
      </w:r>
      <w:proofErr w:type="spellEnd"/>
      <w:r>
        <w:t xml:space="preserve"> Familiar </w:t>
      </w:r>
      <w:proofErr w:type="spellStart"/>
      <w:r>
        <w:t>Sistêmica</w:t>
      </w:r>
      <w:proofErr w:type="spellEnd"/>
      <w:r>
        <w:t>.</w:t>
      </w:r>
    </w:p>
    <w:p w14:paraId="11FA8264" w14:textId="77777777" w:rsidR="001040AC" w:rsidRDefault="00F573C7">
      <w:pPr>
        <w:spacing w:after="120"/>
        <w:jc w:val="both"/>
      </w:pPr>
      <w:r>
        <w:t xml:space="preserve">II - </w:t>
      </w:r>
      <w:proofErr w:type="spellStart"/>
      <w:r>
        <w:t>Sessão</w:t>
      </w:r>
      <w:proofErr w:type="spellEnd"/>
      <w:r>
        <w:t xml:space="preserve"> tutorial individual com o </w:t>
      </w:r>
      <w:proofErr w:type="spellStart"/>
      <w:r>
        <w:t>Psicanalista</w:t>
      </w:r>
      <w:proofErr w:type="spellEnd"/>
      <w:r>
        <w:t xml:space="preserve"> </w:t>
      </w:r>
      <w:proofErr w:type="spellStart"/>
      <w:r>
        <w:t>responsável</w:t>
      </w:r>
      <w:proofErr w:type="spellEnd"/>
      <w:r>
        <w:t xml:space="preserve"> do </w:t>
      </w:r>
      <w:proofErr w:type="spellStart"/>
      <w:r>
        <w:t>Instituto</w:t>
      </w:r>
      <w:proofErr w:type="spellEnd"/>
      <w:r>
        <w:t>.</w:t>
      </w:r>
    </w:p>
    <w:p w14:paraId="52690274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QUINTA - DA DURAÇÃO E RESCISÃO</w:t>
      </w:r>
    </w:p>
    <w:p w14:paraId="21900AF6" w14:textId="77777777" w:rsidR="001040AC" w:rsidRDefault="00F573C7">
      <w:pPr>
        <w:spacing w:after="120"/>
        <w:jc w:val="both"/>
      </w:pPr>
      <w:r>
        <w:t xml:space="preserve">5.1.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 </w:t>
      </w:r>
      <w:proofErr w:type="spellStart"/>
      <w:r>
        <w:t>vigorará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prazo</w:t>
      </w:r>
      <w:proofErr w:type="spellEnd"/>
      <w:r>
        <w:t xml:space="preserve"> de 12 (doze) </w:t>
      </w:r>
      <w:proofErr w:type="spellStart"/>
      <w:r>
        <w:t>meses</w:t>
      </w:r>
      <w:proofErr w:type="spellEnd"/>
      <w:r>
        <w:t xml:space="preserve">, a </w:t>
      </w:r>
      <w:proofErr w:type="spellStart"/>
      <w:r>
        <w:t>contar</w:t>
      </w:r>
      <w:proofErr w:type="spellEnd"/>
      <w:r>
        <w:t xml:space="preserve"> da data de </w:t>
      </w:r>
      <w:proofErr w:type="spellStart"/>
      <w:r>
        <w:t>sua</w:t>
      </w:r>
      <w:proofErr w:type="spellEnd"/>
      <w:r>
        <w:t xml:space="preserve"> </w:t>
      </w:r>
      <w:proofErr w:type="spellStart"/>
      <w:r>
        <w:t>assinatura</w:t>
      </w:r>
      <w:proofErr w:type="spellEnd"/>
      <w:r>
        <w:t xml:space="preserve">, </w:t>
      </w:r>
      <w:proofErr w:type="spellStart"/>
      <w:r>
        <w:t>podendo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renovado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iguais</w:t>
      </w:r>
      <w:proofErr w:type="spellEnd"/>
      <w:r>
        <w:t xml:space="preserve"> e </w:t>
      </w:r>
      <w:proofErr w:type="spellStart"/>
      <w:r>
        <w:t>sucessivos</w:t>
      </w:r>
      <w:proofErr w:type="spellEnd"/>
      <w:r>
        <w:t xml:space="preserve"> </w:t>
      </w:r>
      <w:proofErr w:type="spellStart"/>
      <w:r>
        <w:t>períodos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gramStart"/>
      <w:r>
        <w:t>simples</w:t>
      </w:r>
      <w:proofErr w:type="gramEnd"/>
      <w:r>
        <w:t xml:space="preserve"> </w:t>
      </w:r>
      <w:proofErr w:type="spellStart"/>
      <w:r>
        <w:t>aditivo</w:t>
      </w:r>
      <w:proofErr w:type="spellEnd"/>
      <w:r>
        <w:t xml:space="preserve"> </w:t>
      </w:r>
      <w:proofErr w:type="spellStart"/>
      <w:r>
        <w:t>contratual</w:t>
      </w:r>
      <w:proofErr w:type="spellEnd"/>
      <w:r>
        <w:t>.</w:t>
      </w:r>
    </w:p>
    <w:p w14:paraId="2E014BA5" w14:textId="77777777" w:rsidR="001040AC" w:rsidRDefault="00F573C7">
      <w:pPr>
        <w:spacing w:after="120"/>
        <w:jc w:val="both"/>
      </w:pPr>
      <w:r>
        <w:t xml:space="preserve">5.2. O </w:t>
      </w:r>
      <w:proofErr w:type="spellStart"/>
      <w:r>
        <w:t>contrato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rescindido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das </w:t>
      </w:r>
      <w:proofErr w:type="spellStart"/>
      <w:r>
        <w:t>partes</w:t>
      </w:r>
      <w:proofErr w:type="spellEnd"/>
      <w:r>
        <w:t xml:space="preserve"> a </w:t>
      </w:r>
      <w:proofErr w:type="spellStart"/>
      <w:r>
        <w:t>qualquer</w:t>
      </w:r>
      <w:proofErr w:type="spellEnd"/>
      <w:r>
        <w:t xml:space="preserve"> tempo, </w:t>
      </w:r>
      <w:proofErr w:type="spellStart"/>
      <w:r>
        <w:t>mediante</w:t>
      </w:r>
      <w:proofErr w:type="spellEnd"/>
      <w:r>
        <w:t xml:space="preserve"> aviso </w:t>
      </w:r>
      <w:proofErr w:type="spellStart"/>
      <w:r>
        <w:t>prévio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escrito</w:t>
      </w:r>
      <w:proofErr w:type="spellEnd"/>
      <w:r>
        <w:t xml:space="preserve"> com </w:t>
      </w:r>
      <w:proofErr w:type="spellStart"/>
      <w:r>
        <w:t>antecedência</w:t>
      </w:r>
      <w:proofErr w:type="spellEnd"/>
      <w:r>
        <w:t xml:space="preserve"> </w:t>
      </w:r>
      <w:proofErr w:type="spellStart"/>
      <w:r>
        <w:t>mínima</w:t>
      </w:r>
      <w:proofErr w:type="spellEnd"/>
      <w:r>
        <w:t xml:space="preserve"> de 30 (</w:t>
      </w:r>
      <w:proofErr w:type="spellStart"/>
      <w:r>
        <w:t>trinta</w:t>
      </w:r>
      <w:proofErr w:type="spellEnd"/>
      <w:r>
        <w:t xml:space="preserve">) </w:t>
      </w:r>
      <w:proofErr w:type="spellStart"/>
      <w:proofErr w:type="gramStart"/>
      <w:r>
        <w:t>dias</w:t>
      </w:r>
      <w:proofErr w:type="spellEnd"/>
      <w:proofErr w:type="gramEnd"/>
      <w:r>
        <w:t>.</w:t>
      </w:r>
    </w:p>
    <w:p w14:paraId="02BFCF56" w14:textId="77777777" w:rsidR="001040AC" w:rsidRDefault="00F573C7">
      <w:pPr>
        <w:spacing w:after="120"/>
        <w:jc w:val="both"/>
      </w:pPr>
      <w:r>
        <w:t xml:space="preserve">5.3. O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pagamento</w:t>
      </w:r>
      <w:proofErr w:type="spellEnd"/>
      <w:r>
        <w:t xml:space="preserve"> da taxa </w:t>
      </w:r>
      <w:proofErr w:type="spellStart"/>
      <w:r>
        <w:t>administrativa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2 (</w:t>
      </w:r>
      <w:proofErr w:type="spellStart"/>
      <w:r>
        <w:t>dois</w:t>
      </w:r>
      <w:proofErr w:type="spellEnd"/>
      <w:r>
        <w:t xml:space="preserve">) </w:t>
      </w:r>
      <w:proofErr w:type="spellStart"/>
      <w:r>
        <w:t>meses</w:t>
      </w:r>
      <w:proofErr w:type="spellEnd"/>
      <w:r>
        <w:t xml:space="preserve"> </w:t>
      </w:r>
      <w:proofErr w:type="spellStart"/>
      <w:r>
        <w:t>consecutivos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ensejar</w:t>
      </w:r>
      <w:proofErr w:type="spellEnd"/>
      <w:r>
        <w:t xml:space="preserve"> a </w:t>
      </w:r>
      <w:proofErr w:type="spellStart"/>
      <w:r>
        <w:t>rescisão</w:t>
      </w:r>
      <w:proofErr w:type="spellEnd"/>
      <w:r>
        <w:t xml:space="preserve"> </w:t>
      </w:r>
      <w:proofErr w:type="spellStart"/>
      <w:r>
        <w:t>imediata</w:t>
      </w:r>
      <w:proofErr w:type="spellEnd"/>
      <w:r>
        <w:t xml:space="preserve"> do </w:t>
      </w:r>
      <w:proofErr w:type="spellStart"/>
      <w:r>
        <w:t>contrato</w:t>
      </w:r>
      <w:proofErr w:type="spellEnd"/>
      <w:r>
        <w:t xml:space="preserve">, </w:t>
      </w:r>
      <w:proofErr w:type="spellStart"/>
      <w:r>
        <w:t>independentemente</w:t>
      </w:r>
      <w:proofErr w:type="spellEnd"/>
      <w:r>
        <w:t xml:space="preserve"> de </w:t>
      </w:r>
      <w:proofErr w:type="spellStart"/>
      <w:r>
        <w:t>notificação</w:t>
      </w:r>
      <w:proofErr w:type="spellEnd"/>
      <w:r>
        <w:t xml:space="preserve">, salvo </w:t>
      </w:r>
      <w:proofErr w:type="spellStart"/>
      <w:r>
        <w:t>justificativa</w:t>
      </w:r>
      <w:proofErr w:type="spellEnd"/>
      <w:r>
        <w:t xml:space="preserve"> </w:t>
      </w:r>
      <w:proofErr w:type="spellStart"/>
      <w:r>
        <w:t>expressa</w:t>
      </w:r>
      <w:proofErr w:type="spellEnd"/>
      <w:r>
        <w:t xml:space="preserve"> </w:t>
      </w:r>
      <w:proofErr w:type="spellStart"/>
      <w:r>
        <w:t>aceita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INSTITUTO.</w:t>
      </w:r>
    </w:p>
    <w:p w14:paraId="1381DA48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SEXTA - DAS DISPOSIÇÕES ADICIONAIS</w:t>
      </w:r>
    </w:p>
    <w:p w14:paraId="779FACEF" w14:textId="77777777" w:rsidR="001040AC" w:rsidRDefault="00F573C7">
      <w:pPr>
        <w:spacing w:after="120"/>
        <w:jc w:val="both"/>
      </w:pPr>
      <w:r>
        <w:t xml:space="preserve">6.1. </w:t>
      </w:r>
      <w:proofErr w:type="gramStart"/>
      <w:r>
        <w:t>O(</w:t>
      </w:r>
      <w:proofErr w:type="gramEnd"/>
      <w:r>
        <w:t xml:space="preserve">a) CREDENCIADO(A)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convidado</w:t>
      </w:r>
      <w:proofErr w:type="spellEnd"/>
      <w:r>
        <w:t xml:space="preserve">(a) a </w:t>
      </w:r>
      <w:proofErr w:type="spellStart"/>
      <w:r>
        <w:t>ministrar</w:t>
      </w:r>
      <w:proofErr w:type="spellEnd"/>
      <w:r>
        <w:t xml:space="preserve"> palestras, workshops </w:t>
      </w:r>
      <w:proofErr w:type="spellStart"/>
      <w:r>
        <w:t>ou</w:t>
      </w:r>
      <w:proofErr w:type="spellEnd"/>
      <w:r>
        <w:t xml:space="preserve"> </w:t>
      </w:r>
      <w:proofErr w:type="spellStart"/>
      <w:r>
        <w:t>cursos</w:t>
      </w:r>
      <w:proofErr w:type="spellEnd"/>
      <w:r>
        <w:t xml:space="preserve"> </w:t>
      </w:r>
      <w:proofErr w:type="spellStart"/>
      <w:r>
        <w:t>promovidos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Instituto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negociação</w:t>
      </w:r>
      <w:proofErr w:type="spellEnd"/>
      <w:r>
        <w:t xml:space="preserve"> </w:t>
      </w:r>
      <w:proofErr w:type="spellStart"/>
      <w:r>
        <w:t>específica</w:t>
      </w:r>
      <w:proofErr w:type="spellEnd"/>
      <w:r>
        <w:t xml:space="preserve"> para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evento</w:t>
      </w:r>
      <w:proofErr w:type="spellEnd"/>
      <w:r>
        <w:t>.</w:t>
      </w:r>
    </w:p>
    <w:p w14:paraId="43BA472F" w14:textId="77777777" w:rsidR="001040AC" w:rsidRDefault="00F573C7">
      <w:pPr>
        <w:spacing w:after="120"/>
        <w:jc w:val="both"/>
      </w:pPr>
      <w:r>
        <w:t xml:space="preserve">6.2. </w:t>
      </w:r>
      <w:proofErr w:type="spellStart"/>
      <w:r>
        <w:t>Fica</w:t>
      </w:r>
      <w:proofErr w:type="spellEnd"/>
      <w:r>
        <w:t xml:space="preserve"> </w:t>
      </w:r>
      <w:proofErr w:type="spellStart"/>
      <w:r>
        <w:t>autorizada</w:t>
      </w:r>
      <w:proofErr w:type="spellEnd"/>
      <w:r>
        <w:t xml:space="preserve"> a </w:t>
      </w:r>
      <w:proofErr w:type="spellStart"/>
      <w:r>
        <w:t>utilização</w:t>
      </w:r>
      <w:proofErr w:type="spellEnd"/>
      <w:r>
        <w:t xml:space="preserve">, </w:t>
      </w:r>
      <w:proofErr w:type="spellStart"/>
      <w:r>
        <w:t>pelo</w:t>
      </w:r>
      <w:proofErr w:type="spellEnd"/>
      <w:r>
        <w:t xml:space="preserve">(a) CREDENCIADO(A), das </w:t>
      </w:r>
      <w:proofErr w:type="spellStart"/>
      <w:r>
        <w:t>plataformas</w:t>
      </w:r>
      <w:proofErr w:type="spellEnd"/>
      <w:r>
        <w:t xml:space="preserve"> e </w:t>
      </w:r>
      <w:proofErr w:type="spellStart"/>
      <w:r>
        <w:t>redes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do </w:t>
      </w:r>
      <w:proofErr w:type="spellStart"/>
      <w:r>
        <w:t>Instituto</w:t>
      </w:r>
      <w:proofErr w:type="spellEnd"/>
      <w:r>
        <w:t xml:space="preserve"> para </w:t>
      </w:r>
      <w:proofErr w:type="spellStart"/>
      <w:r>
        <w:t>divulgação</w:t>
      </w:r>
      <w:proofErr w:type="spellEnd"/>
      <w:r>
        <w:t xml:space="preserve"> de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terapêutico</w:t>
      </w:r>
      <w:proofErr w:type="spellEnd"/>
      <w:r>
        <w:t xml:space="preserve">, </w:t>
      </w:r>
      <w:proofErr w:type="spellStart"/>
      <w:r>
        <w:t>desde</w:t>
      </w:r>
      <w:proofErr w:type="spellEnd"/>
      <w:r>
        <w:t xml:space="preserve"> que </w:t>
      </w:r>
      <w:proofErr w:type="spellStart"/>
      <w:r>
        <w:t>diretamente</w:t>
      </w:r>
      <w:proofErr w:type="spellEnd"/>
      <w:r>
        <w:t xml:space="preserve"> </w:t>
      </w:r>
      <w:proofErr w:type="spellStart"/>
      <w:r>
        <w:t>vinculado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atendimentos</w:t>
      </w:r>
      <w:proofErr w:type="spellEnd"/>
      <w:r>
        <w:t xml:space="preserve"> </w:t>
      </w:r>
      <w:proofErr w:type="spellStart"/>
      <w:r>
        <w:t>realizados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meio</w:t>
      </w:r>
      <w:proofErr w:type="spellEnd"/>
      <w:r>
        <w:t xml:space="preserve"> da </w:t>
      </w:r>
      <w:proofErr w:type="spellStart"/>
      <w:r>
        <w:t>rede</w:t>
      </w:r>
      <w:proofErr w:type="spellEnd"/>
      <w:r>
        <w:t>.</w:t>
      </w:r>
    </w:p>
    <w:p w14:paraId="5C49A160" w14:textId="77777777" w:rsidR="001040AC" w:rsidRDefault="00F573C7">
      <w:pPr>
        <w:spacing w:after="120"/>
        <w:jc w:val="both"/>
      </w:pPr>
      <w:r>
        <w:lastRenderedPageBreak/>
        <w:t xml:space="preserve">6.3. </w:t>
      </w:r>
      <w:proofErr w:type="spellStart"/>
      <w:r>
        <w:t>Declara</w:t>
      </w:r>
      <w:proofErr w:type="spellEnd"/>
      <w:r>
        <w:t xml:space="preserve"> </w:t>
      </w:r>
      <w:proofErr w:type="gramStart"/>
      <w:r>
        <w:t>o(</w:t>
      </w:r>
      <w:proofErr w:type="gramEnd"/>
      <w:r>
        <w:t xml:space="preserve">a) CREDENCIADO(A) que </w:t>
      </w:r>
      <w:proofErr w:type="spellStart"/>
      <w:r>
        <w:t>presta</w:t>
      </w:r>
      <w:proofErr w:type="spellEnd"/>
      <w:r>
        <w:t xml:space="preserve"> </w:t>
      </w:r>
      <w:proofErr w:type="spellStart"/>
      <w:r>
        <w:t>atendimento</w:t>
      </w:r>
      <w:proofErr w:type="spellEnd"/>
      <w:r>
        <w:t xml:space="preserve"> </w:t>
      </w:r>
      <w:proofErr w:type="spellStart"/>
      <w:r>
        <w:t>terapêutico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[ • ]; </w:t>
      </w:r>
      <w:proofErr w:type="spellStart"/>
      <w:r>
        <w:t>atuando</w:t>
      </w:r>
      <w:proofErr w:type="spellEnd"/>
      <w:r>
        <w:t xml:space="preserve"> </w:t>
      </w:r>
      <w:proofErr w:type="spellStart"/>
      <w:r>
        <w:t>nas</w:t>
      </w:r>
      <w:proofErr w:type="spellEnd"/>
      <w:r>
        <w:t xml:space="preserve"> </w:t>
      </w:r>
      <w:proofErr w:type="spellStart"/>
      <w:r>
        <w:t>seguintes</w:t>
      </w:r>
      <w:proofErr w:type="spellEnd"/>
      <w:r>
        <w:t xml:space="preserve"> </w:t>
      </w:r>
      <w:proofErr w:type="spellStart"/>
      <w:r>
        <w:t>abordagens</w:t>
      </w:r>
      <w:proofErr w:type="spellEnd"/>
      <w:r>
        <w:t>/</w:t>
      </w:r>
      <w:proofErr w:type="spellStart"/>
      <w:r>
        <w:t>técnicas</w:t>
      </w:r>
      <w:proofErr w:type="spellEnd"/>
      <w:r>
        <w:t>: [ • ]; [ • ].</w:t>
      </w:r>
    </w:p>
    <w:p w14:paraId="0FC0CEC6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SÉTIMA - DAS INFORMAÇÕES PARA PAGAMENTO</w:t>
      </w:r>
    </w:p>
    <w:p w14:paraId="72C92ECF" w14:textId="77777777" w:rsidR="001040AC" w:rsidRDefault="00F573C7">
      <w:pPr>
        <w:spacing w:after="160" w:line="288" w:lineRule="auto"/>
      </w:pPr>
      <w:r>
        <w:t xml:space="preserve">Banco: ___________________________________   </w:t>
      </w:r>
      <w:proofErr w:type="spellStart"/>
      <w:r>
        <w:t>Agência</w:t>
      </w:r>
      <w:proofErr w:type="spellEnd"/>
      <w:r>
        <w:t xml:space="preserve">: ___________________   </w:t>
      </w:r>
      <w:proofErr w:type="spellStart"/>
      <w:r>
        <w:t>Conta</w:t>
      </w:r>
      <w:proofErr w:type="spellEnd"/>
      <w:r>
        <w:t>: ___________________</w:t>
      </w:r>
      <w:r>
        <w:br/>
      </w:r>
      <w:proofErr w:type="spellStart"/>
      <w:r>
        <w:t>Tipo</w:t>
      </w:r>
      <w:proofErr w:type="spellEnd"/>
      <w:r>
        <w:t xml:space="preserve"> de </w:t>
      </w:r>
      <w:proofErr w:type="spellStart"/>
      <w:r>
        <w:t>conta</w:t>
      </w:r>
      <w:proofErr w:type="spellEnd"/>
      <w:r>
        <w:t xml:space="preserve">: </w:t>
      </w:r>
      <w:proofErr w:type="spellStart"/>
      <w:r>
        <w:t>Corrente</w:t>
      </w:r>
      <w:proofErr w:type="spellEnd"/>
      <w:r>
        <w:t xml:space="preserve"> (   </w:t>
      </w:r>
      <w:proofErr w:type="gramStart"/>
      <w:r>
        <w:t xml:space="preserve">)  </w:t>
      </w:r>
      <w:proofErr w:type="spellStart"/>
      <w:r>
        <w:t>Poupança</w:t>
      </w:r>
      <w:proofErr w:type="spellEnd"/>
      <w:proofErr w:type="gramEnd"/>
      <w:r>
        <w:t xml:space="preserve"> (   )</w:t>
      </w:r>
      <w:r>
        <w:br/>
      </w:r>
      <w:proofErr w:type="spellStart"/>
      <w:r>
        <w:t>Chave</w:t>
      </w:r>
      <w:proofErr w:type="spellEnd"/>
      <w:r>
        <w:t xml:space="preserve"> PIX: _________________________________________________________________________________</w:t>
      </w:r>
    </w:p>
    <w:p w14:paraId="2B15B3D6" w14:textId="77777777" w:rsidR="001040AC" w:rsidRDefault="00F573C7">
      <w:pPr>
        <w:keepNext/>
        <w:spacing w:before="240" w:after="80"/>
      </w:pPr>
      <w:r>
        <w:rPr>
          <w:b/>
          <w:color w:val="1B365D"/>
          <w:sz w:val="22"/>
        </w:rPr>
        <w:t>CLÁUSULA OITAVA - DAS QUALIFICAÇÕES DO PROFISSIONAL CREDENCIADO</w:t>
      </w:r>
    </w:p>
    <w:p w14:paraId="7AA0DD26" w14:textId="77777777" w:rsidR="001040AC" w:rsidRDefault="00F573C7">
      <w:pPr>
        <w:spacing w:after="240" w:line="312" w:lineRule="auto"/>
      </w:pPr>
      <w:r>
        <w:t xml:space="preserve">8.1. Do tempo de </w:t>
      </w:r>
      <w:proofErr w:type="spellStart"/>
      <w:r>
        <w:t>qualificação</w:t>
      </w:r>
      <w:proofErr w:type="spellEnd"/>
      <w:r>
        <w:t>: __________________________________________________________________</w:t>
      </w:r>
      <w:r>
        <w:br/>
        <w:t xml:space="preserve">8.2. Do campo de </w:t>
      </w:r>
      <w:proofErr w:type="spellStart"/>
      <w:r>
        <w:t>atuação</w:t>
      </w:r>
      <w:proofErr w:type="spellEnd"/>
      <w:r>
        <w:t>: _____________________________________________________________________</w:t>
      </w:r>
      <w:r>
        <w:br/>
        <w:t xml:space="preserve">8.3. Das </w:t>
      </w:r>
      <w:proofErr w:type="spellStart"/>
      <w:r>
        <w:t>terapias</w:t>
      </w:r>
      <w:proofErr w:type="spellEnd"/>
      <w:r>
        <w:t xml:space="preserve"> </w:t>
      </w:r>
      <w:proofErr w:type="spellStart"/>
      <w:r>
        <w:t>realizadas</w:t>
      </w:r>
      <w:proofErr w:type="spellEnd"/>
      <w:r>
        <w:t>: ____________________________________________________________________</w:t>
      </w:r>
      <w:r>
        <w:br/>
        <w:t xml:space="preserve">8.4. </w:t>
      </w:r>
      <w:proofErr w:type="spellStart"/>
      <w:r>
        <w:t>Cursos</w:t>
      </w:r>
      <w:proofErr w:type="spellEnd"/>
      <w:r>
        <w:t xml:space="preserve"> extras e </w:t>
      </w:r>
      <w:proofErr w:type="spellStart"/>
      <w:r>
        <w:t>estudos</w:t>
      </w:r>
      <w:proofErr w:type="spellEnd"/>
      <w:r>
        <w:t xml:space="preserve"> </w:t>
      </w:r>
      <w:proofErr w:type="spellStart"/>
      <w:r>
        <w:t>direcionados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área</w:t>
      </w:r>
      <w:proofErr w:type="spellEnd"/>
      <w:r>
        <w:t>: ________________________________________________</w:t>
      </w:r>
    </w:p>
    <w:p w14:paraId="0850F4CB" w14:textId="4D281EA2" w:rsidR="001040AC" w:rsidRDefault="00F573C7">
      <w:pPr>
        <w:spacing w:before="160" w:after="400"/>
        <w:jc w:val="both"/>
      </w:pPr>
      <w:proofErr w:type="spellStart"/>
      <w:r>
        <w:t>Por</w:t>
      </w:r>
      <w:proofErr w:type="spellEnd"/>
      <w:r>
        <w:t xml:space="preserve"> </w:t>
      </w:r>
      <w:proofErr w:type="spellStart"/>
      <w:r>
        <w:t>estarem</w:t>
      </w:r>
      <w:proofErr w:type="spellEnd"/>
      <w:r>
        <w:t xml:space="preserve"> de </w:t>
      </w:r>
      <w:proofErr w:type="spellStart"/>
      <w:r>
        <w:t>pleno</w:t>
      </w:r>
      <w:proofErr w:type="spellEnd"/>
      <w:r>
        <w:t xml:space="preserve"> </w:t>
      </w:r>
      <w:proofErr w:type="spellStart"/>
      <w:r>
        <w:t>acordo</w:t>
      </w:r>
      <w:proofErr w:type="spellEnd"/>
      <w:r>
        <w:t xml:space="preserve">, </w:t>
      </w:r>
      <w:proofErr w:type="spellStart"/>
      <w:r>
        <w:t>firmam</w:t>
      </w:r>
      <w:proofErr w:type="spellEnd"/>
      <w:r>
        <w:t xml:space="preserve">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instrumento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duas</w:t>
      </w:r>
      <w:proofErr w:type="spellEnd"/>
      <w:r>
        <w:t xml:space="preserve"> </w:t>
      </w:r>
      <w:proofErr w:type="spellStart"/>
      <w:r>
        <w:t>vias</w:t>
      </w:r>
      <w:proofErr w:type="spellEnd"/>
      <w:r>
        <w:t xml:space="preserve"> de </w:t>
      </w:r>
      <w:proofErr w:type="spellStart"/>
      <w:r>
        <w:t>igual</w:t>
      </w:r>
      <w:proofErr w:type="spellEnd"/>
      <w:r>
        <w:t xml:space="preserve"> </w:t>
      </w:r>
      <w:proofErr w:type="spellStart"/>
      <w:r>
        <w:t>teor</w:t>
      </w:r>
      <w:proofErr w:type="spellEnd"/>
      <w:r>
        <w:t xml:space="preserve"> e forma, para um </w:t>
      </w:r>
      <w:proofErr w:type="spellStart"/>
      <w:r>
        <w:t>só</w:t>
      </w:r>
      <w:proofErr w:type="spellEnd"/>
      <w:r>
        <w:t xml:space="preserve"> </w:t>
      </w:r>
      <w:proofErr w:type="spellStart"/>
      <w:r>
        <w:t>efeito</w:t>
      </w:r>
      <w:proofErr w:type="spellEnd"/>
      <w:r>
        <w:t xml:space="preserve">, </w:t>
      </w:r>
      <w:proofErr w:type="spellStart"/>
      <w:r>
        <w:t>elegendo</w:t>
      </w:r>
      <w:proofErr w:type="spellEnd"/>
      <w:r>
        <w:t xml:space="preserve"> o </w:t>
      </w:r>
      <w:proofErr w:type="spellStart"/>
      <w:r>
        <w:t>foro</w:t>
      </w:r>
      <w:proofErr w:type="spellEnd"/>
      <w:r>
        <w:t xml:space="preserve"> da </w:t>
      </w:r>
      <w:proofErr w:type="spellStart"/>
      <w:r>
        <w:t>comarca</w:t>
      </w:r>
      <w:proofErr w:type="spellEnd"/>
      <w:r>
        <w:t xml:space="preserve"> de </w:t>
      </w:r>
      <w:r w:rsidR="00983AC6">
        <w:rPr>
          <w:b/>
        </w:rPr>
        <w:t>São Paulo/SP</w:t>
      </w:r>
      <w:r>
        <w:t xml:space="preserve">, com </w:t>
      </w:r>
      <w:proofErr w:type="spellStart"/>
      <w:r>
        <w:t>renúncia</w:t>
      </w:r>
      <w:proofErr w:type="spellEnd"/>
      <w:r>
        <w:t xml:space="preserve"> a </w:t>
      </w:r>
      <w:proofErr w:type="spellStart"/>
      <w:r>
        <w:t>qualquer</w:t>
      </w:r>
      <w:proofErr w:type="spellEnd"/>
      <w:r>
        <w:t xml:space="preserve"> outro,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privilegiado</w:t>
      </w:r>
      <w:proofErr w:type="spellEnd"/>
      <w:r>
        <w:t xml:space="preserve"> que </w:t>
      </w:r>
      <w:proofErr w:type="spellStart"/>
      <w:r>
        <w:t>seja</w:t>
      </w:r>
      <w:proofErr w:type="spellEnd"/>
      <w:r>
        <w:t>.</w:t>
      </w:r>
    </w:p>
    <w:p w14:paraId="24CBB822" w14:textId="77777777" w:rsidR="001040AC" w:rsidRDefault="00F573C7">
      <w:pPr>
        <w:spacing w:after="800"/>
        <w:jc w:val="right"/>
      </w:pPr>
      <w:r>
        <w:t xml:space="preserve">São Paulo, ______ de __________________ </w:t>
      </w:r>
      <w:proofErr w:type="spellStart"/>
      <w:r>
        <w:t>de</w:t>
      </w:r>
      <w:proofErr w:type="spellEnd"/>
      <w:r>
        <w:t xml:space="preserve"> ________.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1040AC" w14:paraId="6A8935B4" w14:textId="77777777">
        <w:trPr>
          <w:jc w:val="center"/>
        </w:trPr>
        <w:tc>
          <w:tcPr>
            <w:tcW w:w="4608" w:type="dxa"/>
          </w:tcPr>
          <w:p w14:paraId="3663C685" w14:textId="77777777" w:rsidR="001040AC" w:rsidRDefault="00F573C7">
            <w:pPr>
              <w:jc w:val="center"/>
            </w:pPr>
            <w:r>
              <w:rPr>
                <w:b/>
              </w:rPr>
              <w:t>_____________________________________</w:t>
            </w:r>
            <w:r>
              <w:rPr>
                <w:b/>
              </w:rPr>
              <w:br/>
              <w:t>INSTITUTO CREDENCIADOR</w:t>
            </w:r>
            <w:r>
              <w:rPr>
                <w:b/>
              </w:rPr>
              <w:br/>
            </w:r>
            <w:r>
              <w:rPr>
                <w:sz w:val="18"/>
              </w:rPr>
              <w:t>INSTITUTO DE PSICANALISE LIVRE LTDA</w:t>
            </w:r>
          </w:p>
        </w:tc>
        <w:tc>
          <w:tcPr>
            <w:tcW w:w="4608" w:type="dxa"/>
          </w:tcPr>
          <w:p w14:paraId="2CC3B1D0" w14:textId="77777777" w:rsidR="001040AC" w:rsidRDefault="00F573C7">
            <w:pPr>
              <w:jc w:val="center"/>
            </w:pPr>
            <w:r>
              <w:rPr>
                <w:b/>
              </w:rPr>
              <w:t>_____________________________________</w:t>
            </w:r>
            <w:r>
              <w:rPr>
                <w:b/>
              </w:rPr>
              <w:br/>
              <w:t>TERAPEUTA CREDENCIADO(A)</w:t>
            </w:r>
            <w:r>
              <w:rPr>
                <w:b/>
              </w:rPr>
              <w:br/>
            </w:r>
            <w:r>
              <w:rPr>
                <w:sz w:val="18"/>
              </w:rPr>
              <w:t xml:space="preserve">Nome: </w:t>
            </w:r>
          </w:p>
        </w:tc>
      </w:tr>
    </w:tbl>
    <w:p w14:paraId="2CDE1CA0" w14:textId="77777777" w:rsidR="00F573C7" w:rsidRDefault="00F573C7"/>
    <w:sectPr w:rsidR="00F573C7" w:rsidSect="00034616">
      <w:footerReference w:type="default" r:id="rId8"/>
      <w:pgSz w:w="12240" w:h="15840"/>
      <w:pgMar w:top="1123" w:right="1411" w:bottom="1123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E217F" w14:textId="77777777" w:rsidR="006C3635" w:rsidRDefault="006C3635">
      <w:pPr>
        <w:spacing w:after="0" w:line="240" w:lineRule="auto"/>
      </w:pPr>
      <w:r>
        <w:separator/>
      </w:r>
    </w:p>
  </w:endnote>
  <w:endnote w:type="continuationSeparator" w:id="0">
    <w:p w14:paraId="164E4160" w14:textId="77777777" w:rsidR="006C3635" w:rsidRDefault="006C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873D4" w14:textId="376875F7" w:rsidR="001040AC" w:rsidRPr="00BA5E2E" w:rsidRDefault="00BA5E2E" w:rsidP="00BA5E2E">
    <w:pPr>
      <w:pStyle w:val="Rodap"/>
      <w:jc w:val="center"/>
    </w:pPr>
    <w:proofErr w:type="spellStart"/>
    <w:r w:rsidRPr="00BA5E2E">
      <w:rPr>
        <w:color w:val="777777"/>
        <w:sz w:val="17"/>
      </w:rPr>
      <w:t>Rua</w:t>
    </w:r>
    <w:proofErr w:type="spellEnd"/>
    <w:r w:rsidRPr="00BA5E2E">
      <w:rPr>
        <w:color w:val="777777"/>
        <w:sz w:val="17"/>
      </w:rPr>
      <w:t xml:space="preserve"> </w:t>
    </w:r>
    <w:proofErr w:type="spellStart"/>
    <w:r w:rsidRPr="00BA5E2E">
      <w:rPr>
        <w:color w:val="777777"/>
        <w:sz w:val="17"/>
      </w:rPr>
      <w:t>Acarapé</w:t>
    </w:r>
    <w:proofErr w:type="spellEnd"/>
    <w:r w:rsidRPr="00BA5E2E">
      <w:rPr>
        <w:color w:val="777777"/>
        <w:sz w:val="17"/>
      </w:rPr>
      <w:t>, 266 - Vila Mariana, São Paulo - SP,</w:t>
    </w:r>
    <w:r>
      <w:rPr>
        <w:color w:val="777777"/>
        <w:sz w:val="17"/>
      </w:rPr>
      <w:t xml:space="preserve"> </w:t>
    </w:r>
    <w:r w:rsidRPr="00BA5E2E">
      <w:rPr>
        <w:color w:val="777777"/>
        <w:sz w:val="17"/>
      </w:rPr>
      <w:t>CEP: 04139-090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B2412" w14:textId="77777777" w:rsidR="006C3635" w:rsidRDefault="006C3635">
      <w:pPr>
        <w:spacing w:after="0" w:line="240" w:lineRule="auto"/>
      </w:pPr>
      <w:r>
        <w:separator/>
      </w:r>
    </w:p>
  </w:footnote>
  <w:footnote w:type="continuationSeparator" w:id="0">
    <w:p w14:paraId="4BCC3ED9" w14:textId="77777777" w:rsidR="006C3635" w:rsidRDefault="006C3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40AC"/>
    <w:rsid w:val="0015074B"/>
    <w:rsid w:val="0029639D"/>
    <w:rsid w:val="00326F90"/>
    <w:rsid w:val="006C3635"/>
    <w:rsid w:val="00765E37"/>
    <w:rsid w:val="00772979"/>
    <w:rsid w:val="00846290"/>
    <w:rsid w:val="008F474B"/>
    <w:rsid w:val="00983AC6"/>
    <w:rsid w:val="00AA1D8D"/>
    <w:rsid w:val="00B01C10"/>
    <w:rsid w:val="00B47730"/>
    <w:rsid w:val="00BA5E2E"/>
    <w:rsid w:val="00C32F6B"/>
    <w:rsid w:val="00CB0664"/>
    <w:rsid w:val="00F573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139C7"/>
  <w14:defaultImageDpi w14:val="300"/>
  <w15:docId w15:val="{3CEC2ADC-9EBA-3C47-BBFF-B51CEF34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2C3FB-913F-411D-A3AA-95B89AAC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1137</Words>
  <Characters>6145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6</cp:revision>
  <dcterms:created xsi:type="dcterms:W3CDTF">2026-08-24T12:40:00Z</dcterms:created>
  <dcterms:modified xsi:type="dcterms:W3CDTF">2026-08-27T12:21:00Z</dcterms:modified>
  <cp:category/>
</cp:coreProperties>
</file>